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4F07E" w14:textId="5A397F79" w:rsidR="0087028B" w:rsidRDefault="00000000">
      <w:pPr>
        <w:pStyle w:val="Heading1"/>
      </w:pPr>
      <w:r>
        <w:t>Drinks &amp; Confectionary</w:t>
      </w:r>
    </w:p>
    <w:p w14:paraId="4D9B0024" w14:textId="6A019838" w:rsidR="0087028B" w:rsidRDefault="00000000">
      <w:r>
        <w:t>Customers with allergies or special dietary requirements should consult catering staff before purchase.</w:t>
      </w:r>
    </w:p>
    <w:p w14:paraId="4E615445" w14:textId="77777777" w:rsidR="0087028B" w:rsidRDefault="00000000">
      <w:pPr>
        <w:pStyle w:val="Heading2"/>
      </w:pPr>
      <w:r>
        <w:t>Drinks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87028B" w14:paraId="4908E100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06EACA30" w14:textId="77777777" w:rsidR="0087028B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785B5539" w14:textId="77777777" w:rsidR="0087028B" w:rsidRDefault="00000000" w:rsidP="00362244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62E157FA" w14:textId="77777777" w:rsidR="0087028B" w:rsidRDefault="00000000" w:rsidP="00362244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79F8FDCA" w14:textId="77777777" w:rsidR="0087028B" w:rsidRDefault="00000000" w:rsidP="00362244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602D24C5" w14:textId="77777777" w:rsidR="0087028B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3EE8731B" w14:textId="77777777" w:rsidR="0087028B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7694AEF8" w14:textId="77777777" w:rsidR="0087028B" w:rsidRDefault="00000000" w:rsidP="00362244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410949F8" w14:textId="77777777" w:rsidR="0087028B" w:rsidRDefault="00000000" w:rsidP="00362244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1C677BE6" w14:textId="77777777" w:rsidR="0087028B" w:rsidRDefault="00000000" w:rsidP="00362244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87028B" w14:paraId="498D8559" w14:textId="77777777">
        <w:trPr>
          <w:jc w:val="center"/>
        </w:trPr>
        <w:tc>
          <w:tcPr>
            <w:tcW w:w="1742" w:type="dxa"/>
          </w:tcPr>
          <w:p w14:paraId="74AC8A8C" w14:textId="77777777" w:rsidR="0087028B" w:rsidRDefault="00000000">
            <w:r>
              <w:rPr>
                <w:sz w:val="14"/>
              </w:rPr>
              <w:t>84692 Priory Falls Still Spring Water Sports Cap</w:t>
            </w:r>
          </w:p>
        </w:tc>
        <w:tc>
          <w:tcPr>
            <w:tcW w:w="1742" w:type="dxa"/>
          </w:tcPr>
          <w:p w14:paraId="1A4C1CFD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7500E0C3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500</w:t>
            </w:r>
          </w:p>
        </w:tc>
        <w:tc>
          <w:tcPr>
            <w:tcW w:w="1742" w:type="dxa"/>
          </w:tcPr>
          <w:p w14:paraId="3DBB844A" w14:textId="77777777" w:rsidR="0087028B" w:rsidRDefault="0087028B" w:rsidP="00362244">
            <w:pPr>
              <w:jc w:val="center"/>
            </w:pPr>
          </w:p>
        </w:tc>
        <w:tc>
          <w:tcPr>
            <w:tcW w:w="1742" w:type="dxa"/>
          </w:tcPr>
          <w:p w14:paraId="5DCED0A4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62270189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0D72DC6F" w14:textId="77777777" w:rsidR="0087028B" w:rsidRDefault="0087028B" w:rsidP="00362244">
            <w:pPr>
              <w:jc w:val="center"/>
            </w:pPr>
          </w:p>
        </w:tc>
        <w:tc>
          <w:tcPr>
            <w:tcW w:w="1742" w:type="dxa"/>
          </w:tcPr>
          <w:p w14:paraId="0A7F44E0" w14:textId="77777777" w:rsidR="0087028B" w:rsidRDefault="0087028B" w:rsidP="00362244">
            <w:pPr>
              <w:jc w:val="center"/>
            </w:pPr>
          </w:p>
        </w:tc>
        <w:tc>
          <w:tcPr>
            <w:tcW w:w="1742" w:type="dxa"/>
          </w:tcPr>
          <w:p w14:paraId="4F8201D7" w14:textId="77777777" w:rsidR="0087028B" w:rsidRDefault="0087028B" w:rsidP="00362244">
            <w:pPr>
              <w:jc w:val="center"/>
            </w:pPr>
          </w:p>
        </w:tc>
      </w:tr>
      <w:tr w:rsidR="0087028B" w14:paraId="7213CF18" w14:textId="77777777">
        <w:trPr>
          <w:jc w:val="center"/>
        </w:trPr>
        <w:tc>
          <w:tcPr>
            <w:tcW w:w="1742" w:type="dxa"/>
          </w:tcPr>
          <w:p w14:paraId="554184EB" w14:textId="77777777" w:rsidR="0087028B" w:rsidRDefault="00000000">
            <w:r>
              <w:rPr>
                <w:sz w:val="14"/>
              </w:rPr>
              <w:t>84693 Priory Falls Still Spring Water</w:t>
            </w:r>
          </w:p>
        </w:tc>
        <w:tc>
          <w:tcPr>
            <w:tcW w:w="1742" w:type="dxa"/>
          </w:tcPr>
          <w:p w14:paraId="4D950030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683522F4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500</w:t>
            </w:r>
          </w:p>
        </w:tc>
        <w:tc>
          <w:tcPr>
            <w:tcW w:w="1742" w:type="dxa"/>
          </w:tcPr>
          <w:p w14:paraId="598ACB99" w14:textId="77777777" w:rsidR="0087028B" w:rsidRDefault="0087028B" w:rsidP="00362244">
            <w:pPr>
              <w:jc w:val="center"/>
            </w:pPr>
          </w:p>
        </w:tc>
        <w:tc>
          <w:tcPr>
            <w:tcW w:w="1742" w:type="dxa"/>
          </w:tcPr>
          <w:p w14:paraId="3CB18812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01BDEC11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6E15ED43" w14:textId="77777777" w:rsidR="0087028B" w:rsidRDefault="0087028B" w:rsidP="00362244">
            <w:pPr>
              <w:jc w:val="center"/>
            </w:pPr>
          </w:p>
        </w:tc>
        <w:tc>
          <w:tcPr>
            <w:tcW w:w="1742" w:type="dxa"/>
          </w:tcPr>
          <w:p w14:paraId="5A3C202C" w14:textId="77777777" w:rsidR="0087028B" w:rsidRDefault="0087028B" w:rsidP="00362244">
            <w:pPr>
              <w:jc w:val="center"/>
            </w:pPr>
          </w:p>
        </w:tc>
        <w:tc>
          <w:tcPr>
            <w:tcW w:w="1742" w:type="dxa"/>
          </w:tcPr>
          <w:p w14:paraId="4FAB1A11" w14:textId="77777777" w:rsidR="0087028B" w:rsidRDefault="0087028B" w:rsidP="00362244">
            <w:pPr>
              <w:jc w:val="center"/>
            </w:pPr>
          </w:p>
        </w:tc>
      </w:tr>
      <w:tr w:rsidR="0087028B" w14:paraId="4C61BAD6" w14:textId="77777777">
        <w:trPr>
          <w:jc w:val="center"/>
        </w:trPr>
        <w:tc>
          <w:tcPr>
            <w:tcW w:w="1742" w:type="dxa"/>
          </w:tcPr>
          <w:p w14:paraId="7CFCD283" w14:textId="77777777" w:rsidR="0087028B" w:rsidRDefault="00000000">
            <w:r>
              <w:rPr>
                <w:sz w:val="14"/>
              </w:rPr>
              <w:t>84688 Priory Falls Sparkling Spring Water</w:t>
            </w:r>
          </w:p>
        </w:tc>
        <w:tc>
          <w:tcPr>
            <w:tcW w:w="1742" w:type="dxa"/>
          </w:tcPr>
          <w:p w14:paraId="0A24E31B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44292B7F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500</w:t>
            </w:r>
          </w:p>
        </w:tc>
        <w:tc>
          <w:tcPr>
            <w:tcW w:w="1742" w:type="dxa"/>
          </w:tcPr>
          <w:p w14:paraId="7A7672D0" w14:textId="77777777" w:rsidR="0087028B" w:rsidRDefault="0087028B" w:rsidP="00362244">
            <w:pPr>
              <w:jc w:val="center"/>
            </w:pPr>
          </w:p>
        </w:tc>
        <w:tc>
          <w:tcPr>
            <w:tcW w:w="1742" w:type="dxa"/>
          </w:tcPr>
          <w:p w14:paraId="2D1F80F0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2CA235E7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65FABA07" w14:textId="77777777" w:rsidR="0087028B" w:rsidRDefault="0087028B" w:rsidP="00362244">
            <w:pPr>
              <w:jc w:val="center"/>
            </w:pPr>
          </w:p>
        </w:tc>
        <w:tc>
          <w:tcPr>
            <w:tcW w:w="1742" w:type="dxa"/>
          </w:tcPr>
          <w:p w14:paraId="5EBF99F3" w14:textId="77777777" w:rsidR="0087028B" w:rsidRDefault="0087028B" w:rsidP="00362244">
            <w:pPr>
              <w:jc w:val="center"/>
            </w:pPr>
          </w:p>
        </w:tc>
        <w:tc>
          <w:tcPr>
            <w:tcW w:w="1742" w:type="dxa"/>
          </w:tcPr>
          <w:p w14:paraId="7781DF55" w14:textId="77777777" w:rsidR="0087028B" w:rsidRDefault="0087028B" w:rsidP="00362244">
            <w:pPr>
              <w:jc w:val="center"/>
            </w:pPr>
          </w:p>
        </w:tc>
      </w:tr>
      <w:tr w:rsidR="0087028B" w14:paraId="7558787E" w14:textId="77777777">
        <w:trPr>
          <w:jc w:val="center"/>
        </w:trPr>
        <w:tc>
          <w:tcPr>
            <w:tcW w:w="1742" w:type="dxa"/>
          </w:tcPr>
          <w:p w14:paraId="5C49806D" w14:textId="77777777" w:rsidR="0087028B" w:rsidRDefault="00000000">
            <w:r>
              <w:rPr>
                <w:sz w:val="14"/>
              </w:rPr>
              <w:t>85099 Priory Falls Still Spring Water</w:t>
            </w:r>
          </w:p>
        </w:tc>
        <w:tc>
          <w:tcPr>
            <w:tcW w:w="1742" w:type="dxa"/>
          </w:tcPr>
          <w:p w14:paraId="0AD0C9E4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06DDDFB6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330</w:t>
            </w:r>
          </w:p>
        </w:tc>
        <w:tc>
          <w:tcPr>
            <w:tcW w:w="1742" w:type="dxa"/>
          </w:tcPr>
          <w:p w14:paraId="08DBFF38" w14:textId="77777777" w:rsidR="0087028B" w:rsidRDefault="0087028B" w:rsidP="00362244">
            <w:pPr>
              <w:jc w:val="center"/>
            </w:pPr>
          </w:p>
        </w:tc>
        <w:tc>
          <w:tcPr>
            <w:tcW w:w="1742" w:type="dxa"/>
          </w:tcPr>
          <w:p w14:paraId="7ADAC05C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35129264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2486E1AB" w14:textId="77777777" w:rsidR="0087028B" w:rsidRDefault="0087028B" w:rsidP="00362244">
            <w:pPr>
              <w:jc w:val="center"/>
            </w:pPr>
          </w:p>
        </w:tc>
        <w:tc>
          <w:tcPr>
            <w:tcW w:w="1742" w:type="dxa"/>
          </w:tcPr>
          <w:p w14:paraId="658C20B4" w14:textId="77777777" w:rsidR="0087028B" w:rsidRDefault="0087028B" w:rsidP="00362244">
            <w:pPr>
              <w:jc w:val="center"/>
            </w:pPr>
          </w:p>
        </w:tc>
        <w:tc>
          <w:tcPr>
            <w:tcW w:w="1742" w:type="dxa"/>
          </w:tcPr>
          <w:p w14:paraId="4BCF9373" w14:textId="77777777" w:rsidR="0087028B" w:rsidRDefault="0087028B" w:rsidP="00362244">
            <w:pPr>
              <w:jc w:val="center"/>
            </w:pPr>
          </w:p>
        </w:tc>
      </w:tr>
      <w:tr w:rsidR="0087028B" w14:paraId="185D281B" w14:textId="77777777">
        <w:trPr>
          <w:jc w:val="center"/>
        </w:trPr>
        <w:tc>
          <w:tcPr>
            <w:tcW w:w="1742" w:type="dxa"/>
          </w:tcPr>
          <w:p w14:paraId="5E13722F" w14:textId="77777777" w:rsidR="0087028B" w:rsidRDefault="00000000">
            <w:r>
              <w:rPr>
                <w:sz w:val="14"/>
              </w:rPr>
              <w:t>85100 Priory Falls Sparkling Spring Water</w:t>
            </w:r>
          </w:p>
        </w:tc>
        <w:tc>
          <w:tcPr>
            <w:tcW w:w="1742" w:type="dxa"/>
          </w:tcPr>
          <w:p w14:paraId="2B104B05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2B1ABF68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330</w:t>
            </w:r>
          </w:p>
        </w:tc>
        <w:tc>
          <w:tcPr>
            <w:tcW w:w="1742" w:type="dxa"/>
          </w:tcPr>
          <w:p w14:paraId="3C2DC249" w14:textId="77777777" w:rsidR="0087028B" w:rsidRDefault="0087028B" w:rsidP="00362244">
            <w:pPr>
              <w:jc w:val="center"/>
            </w:pPr>
          </w:p>
        </w:tc>
        <w:tc>
          <w:tcPr>
            <w:tcW w:w="1742" w:type="dxa"/>
          </w:tcPr>
          <w:p w14:paraId="42834BA0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41F9228D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0DAF4482" w14:textId="77777777" w:rsidR="0087028B" w:rsidRDefault="0087028B" w:rsidP="00362244">
            <w:pPr>
              <w:jc w:val="center"/>
            </w:pPr>
          </w:p>
        </w:tc>
        <w:tc>
          <w:tcPr>
            <w:tcW w:w="1742" w:type="dxa"/>
          </w:tcPr>
          <w:p w14:paraId="17E3D511" w14:textId="77777777" w:rsidR="0087028B" w:rsidRDefault="0087028B" w:rsidP="00362244">
            <w:pPr>
              <w:jc w:val="center"/>
            </w:pPr>
          </w:p>
        </w:tc>
        <w:tc>
          <w:tcPr>
            <w:tcW w:w="1742" w:type="dxa"/>
          </w:tcPr>
          <w:p w14:paraId="1A71BC9A" w14:textId="77777777" w:rsidR="0087028B" w:rsidRDefault="0087028B" w:rsidP="00362244">
            <w:pPr>
              <w:jc w:val="center"/>
            </w:pPr>
          </w:p>
        </w:tc>
      </w:tr>
      <w:tr w:rsidR="0087028B" w14:paraId="3708177F" w14:textId="77777777">
        <w:trPr>
          <w:jc w:val="center"/>
        </w:trPr>
        <w:tc>
          <w:tcPr>
            <w:tcW w:w="1742" w:type="dxa"/>
          </w:tcPr>
          <w:p w14:paraId="48D84436" w14:textId="77777777" w:rsidR="0087028B" w:rsidRDefault="00000000">
            <w:r>
              <w:rPr>
                <w:sz w:val="14"/>
              </w:rPr>
              <w:t>25577 Viva Chocolate Flavour Semi-Skimmed Milk 200ml - No Added Sugar</w:t>
            </w:r>
          </w:p>
        </w:tc>
        <w:tc>
          <w:tcPr>
            <w:tcW w:w="1742" w:type="dxa"/>
          </w:tcPr>
          <w:p w14:paraId="2BBDB27F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277574AD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200</w:t>
            </w:r>
          </w:p>
        </w:tc>
        <w:tc>
          <w:tcPr>
            <w:tcW w:w="1742" w:type="dxa"/>
          </w:tcPr>
          <w:p w14:paraId="6009CFB6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94</w:t>
            </w:r>
          </w:p>
        </w:tc>
        <w:tc>
          <w:tcPr>
            <w:tcW w:w="1742" w:type="dxa"/>
          </w:tcPr>
          <w:p w14:paraId="7372622A" w14:textId="77777777" w:rsidR="0087028B" w:rsidRDefault="00000000">
            <w:r>
              <w:rPr>
                <w:sz w:val="14"/>
              </w:rPr>
              <w:t>Milk</w:t>
            </w:r>
          </w:p>
        </w:tc>
        <w:tc>
          <w:tcPr>
            <w:tcW w:w="1742" w:type="dxa"/>
          </w:tcPr>
          <w:p w14:paraId="062CD86D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0177881F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9.6</w:t>
            </w:r>
          </w:p>
        </w:tc>
        <w:tc>
          <w:tcPr>
            <w:tcW w:w="1742" w:type="dxa"/>
          </w:tcPr>
          <w:p w14:paraId="61ADBB6A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7.2</w:t>
            </w:r>
          </w:p>
        </w:tc>
        <w:tc>
          <w:tcPr>
            <w:tcW w:w="1742" w:type="dxa"/>
          </w:tcPr>
          <w:p w14:paraId="60FBCD83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3</w:t>
            </w:r>
          </w:p>
        </w:tc>
      </w:tr>
      <w:tr w:rsidR="0087028B" w14:paraId="765B5B90" w14:textId="77777777">
        <w:trPr>
          <w:jc w:val="center"/>
        </w:trPr>
        <w:tc>
          <w:tcPr>
            <w:tcW w:w="1742" w:type="dxa"/>
          </w:tcPr>
          <w:p w14:paraId="4C7A351C" w14:textId="77777777" w:rsidR="0087028B" w:rsidRDefault="00000000">
            <w:r>
              <w:rPr>
                <w:sz w:val="14"/>
              </w:rPr>
              <w:t>25578 Viva Banana Milk Drink - No Added Sugar 200ml</w:t>
            </w:r>
          </w:p>
        </w:tc>
        <w:tc>
          <w:tcPr>
            <w:tcW w:w="1742" w:type="dxa"/>
          </w:tcPr>
          <w:p w14:paraId="07544213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467790A5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200</w:t>
            </w:r>
          </w:p>
        </w:tc>
        <w:tc>
          <w:tcPr>
            <w:tcW w:w="1742" w:type="dxa"/>
          </w:tcPr>
          <w:p w14:paraId="73F4D731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92</w:t>
            </w:r>
          </w:p>
        </w:tc>
        <w:tc>
          <w:tcPr>
            <w:tcW w:w="1742" w:type="dxa"/>
          </w:tcPr>
          <w:p w14:paraId="12F0570F" w14:textId="77777777" w:rsidR="0087028B" w:rsidRDefault="00000000">
            <w:r>
              <w:rPr>
                <w:sz w:val="14"/>
              </w:rPr>
              <w:t>Milk</w:t>
            </w:r>
          </w:p>
        </w:tc>
        <w:tc>
          <w:tcPr>
            <w:tcW w:w="1742" w:type="dxa"/>
          </w:tcPr>
          <w:p w14:paraId="29488F6D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5FB30C2E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9.6</w:t>
            </w:r>
          </w:p>
        </w:tc>
        <w:tc>
          <w:tcPr>
            <w:tcW w:w="1742" w:type="dxa"/>
          </w:tcPr>
          <w:p w14:paraId="72E73AC4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6.8</w:t>
            </w:r>
          </w:p>
        </w:tc>
        <w:tc>
          <w:tcPr>
            <w:tcW w:w="1742" w:type="dxa"/>
          </w:tcPr>
          <w:p w14:paraId="2BC66D49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2.8</w:t>
            </w:r>
          </w:p>
        </w:tc>
      </w:tr>
      <w:tr w:rsidR="0087028B" w14:paraId="0A79D650" w14:textId="77777777">
        <w:trPr>
          <w:jc w:val="center"/>
        </w:trPr>
        <w:tc>
          <w:tcPr>
            <w:tcW w:w="1742" w:type="dxa"/>
          </w:tcPr>
          <w:p w14:paraId="29D49F8C" w14:textId="77777777" w:rsidR="0087028B" w:rsidRDefault="00000000">
            <w:r>
              <w:rPr>
                <w:sz w:val="14"/>
              </w:rPr>
              <w:t>25579 Viva Strawberry Flavour Semi-Skimmed Milk 200ml - No Added Sugar</w:t>
            </w:r>
          </w:p>
        </w:tc>
        <w:tc>
          <w:tcPr>
            <w:tcW w:w="1742" w:type="dxa"/>
          </w:tcPr>
          <w:p w14:paraId="5CF977A1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696F370C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200</w:t>
            </w:r>
          </w:p>
        </w:tc>
        <w:tc>
          <w:tcPr>
            <w:tcW w:w="1742" w:type="dxa"/>
          </w:tcPr>
          <w:p w14:paraId="6A9FC636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92</w:t>
            </w:r>
          </w:p>
        </w:tc>
        <w:tc>
          <w:tcPr>
            <w:tcW w:w="1742" w:type="dxa"/>
          </w:tcPr>
          <w:p w14:paraId="0E83F351" w14:textId="77777777" w:rsidR="0087028B" w:rsidRDefault="00000000">
            <w:r>
              <w:rPr>
                <w:sz w:val="14"/>
              </w:rPr>
              <w:t>Milk</w:t>
            </w:r>
          </w:p>
        </w:tc>
        <w:tc>
          <w:tcPr>
            <w:tcW w:w="1742" w:type="dxa"/>
          </w:tcPr>
          <w:p w14:paraId="771A1AE7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3F86FDC3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9.6</w:t>
            </w:r>
          </w:p>
        </w:tc>
        <w:tc>
          <w:tcPr>
            <w:tcW w:w="1742" w:type="dxa"/>
          </w:tcPr>
          <w:p w14:paraId="38C206C5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6.8</w:t>
            </w:r>
          </w:p>
        </w:tc>
        <w:tc>
          <w:tcPr>
            <w:tcW w:w="1742" w:type="dxa"/>
          </w:tcPr>
          <w:p w14:paraId="068A80BF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2.8</w:t>
            </w:r>
          </w:p>
        </w:tc>
      </w:tr>
      <w:tr w:rsidR="0087028B" w14:paraId="13BF3CC0" w14:textId="77777777">
        <w:trPr>
          <w:jc w:val="center"/>
        </w:trPr>
        <w:tc>
          <w:tcPr>
            <w:tcW w:w="1742" w:type="dxa"/>
          </w:tcPr>
          <w:p w14:paraId="7F1F7401" w14:textId="77777777" w:rsidR="0087028B" w:rsidRDefault="00000000">
            <w:r>
              <w:rPr>
                <w:sz w:val="14"/>
              </w:rPr>
              <w:t>132444 Radnor Splash 330ml Sparkling Apple and Raspberry</w:t>
            </w:r>
          </w:p>
        </w:tc>
        <w:tc>
          <w:tcPr>
            <w:tcW w:w="1742" w:type="dxa"/>
          </w:tcPr>
          <w:p w14:paraId="74B24C5C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77286B51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300</w:t>
            </w:r>
          </w:p>
        </w:tc>
        <w:tc>
          <w:tcPr>
            <w:tcW w:w="1742" w:type="dxa"/>
          </w:tcPr>
          <w:p w14:paraId="64A9F30B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1742" w:type="dxa"/>
          </w:tcPr>
          <w:p w14:paraId="66DDC722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652D50E5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16855076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1.5</w:t>
            </w:r>
          </w:p>
        </w:tc>
        <w:tc>
          <w:tcPr>
            <w:tcW w:w="1742" w:type="dxa"/>
          </w:tcPr>
          <w:p w14:paraId="136C8E98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1.5</w:t>
            </w:r>
          </w:p>
        </w:tc>
        <w:tc>
          <w:tcPr>
            <w:tcW w:w="1742" w:type="dxa"/>
          </w:tcPr>
          <w:p w14:paraId="46A71AE2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1.5</w:t>
            </w:r>
          </w:p>
        </w:tc>
      </w:tr>
      <w:tr w:rsidR="0087028B" w14:paraId="0EEC5D99" w14:textId="77777777">
        <w:trPr>
          <w:jc w:val="center"/>
        </w:trPr>
        <w:tc>
          <w:tcPr>
            <w:tcW w:w="1742" w:type="dxa"/>
          </w:tcPr>
          <w:p w14:paraId="2A8A53C3" w14:textId="77777777" w:rsidR="0087028B" w:rsidRDefault="00000000">
            <w:r>
              <w:rPr>
                <w:sz w:val="14"/>
              </w:rPr>
              <w:t>101502 Radnor Splash Sparkling Strawberry</w:t>
            </w:r>
          </w:p>
        </w:tc>
        <w:tc>
          <w:tcPr>
            <w:tcW w:w="1742" w:type="dxa"/>
          </w:tcPr>
          <w:p w14:paraId="17BC3AA8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2B22F834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330</w:t>
            </w:r>
          </w:p>
        </w:tc>
        <w:tc>
          <w:tcPr>
            <w:tcW w:w="1742" w:type="dxa"/>
          </w:tcPr>
          <w:p w14:paraId="7798AD11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1742" w:type="dxa"/>
          </w:tcPr>
          <w:p w14:paraId="37345EA3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6F1F579F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207168BF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1.65</w:t>
            </w:r>
          </w:p>
        </w:tc>
        <w:tc>
          <w:tcPr>
            <w:tcW w:w="1742" w:type="dxa"/>
          </w:tcPr>
          <w:p w14:paraId="39CC3623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1.65</w:t>
            </w:r>
          </w:p>
        </w:tc>
        <w:tc>
          <w:tcPr>
            <w:tcW w:w="1742" w:type="dxa"/>
          </w:tcPr>
          <w:p w14:paraId="6A45B2E1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1.65</w:t>
            </w:r>
          </w:p>
        </w:tc>
      </w:tr>
      <w:tr w:rsidR="0087028B" w14:paraId="69050F53" w14:textId="77777777">
        <w:trPr>
          <w:jc w:val="center"/>
        </w:trPr>
        <w:tc>
          <w:tcPr>
            <w:tcW w:w="1742" w:type="dxa"/>
          </w:tcPr>
          <w:p w14:paraId="1CCF73BA" w14:textId="77777777" w:rsidR="0087028B" w:rsidRDefault="00000000">
            <w:r>
              <w:rPr>
                <w:sz w:val="14"/>
              </w:rPr>
              <w:t>117241 Rubicon Spring Black Cherry Raspberry Flavoured Sparkling Spring Water, 500ml</w:t>
            </w:r>
          </w:p>
        </w:tc>
        <w:tc>
          <w:tcPr>
            <w:tcW w:w="1742" w:type="dxa"/>
          </w:tcPr>
          <w:p w14:paraId="5D976270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13A8418D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525</w:t>
            </w:r>
          </w:p>
        </w:tc>
        <w:tc>
          <w:tcPr>
            <w:tcW w:w="1742" w:type="dxa"/>
          </w:tcPr>
          <w:p w14:paraId="38E7700D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w="1742" w:type="dxa"/>
          </w:tcPr>
          <w:p w14:paraId="21C2748C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3BFDDFD3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158067A3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2.63</w:t>
            </w:r>
          </w:p>
        </w:tc>
        <w:tc>
          <w:tcPr>
            <w:tcW w:w="1742" w:type="dxa"/>
          </w:tcPr>
          <w:p w14:paraId="7A14A4B7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0</w:t>
            </w:r>
          </w:p>
        </w:tc>
        <w:tc>
          <w:tcPr>
            <w:tcW w:w="1742" w:type="dxa"/>
          </w:tcPr>
          <w:p w14:paraId="04FFEBC8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0</w:t>
            </w:r>
          </w:p>
        </w:tc>
      </w:tr>
      <w:tr w:rsidR="0087028B" w14:paraId="5734E110" w14:textId="77777777">
        <w:trPr>
          <w:jc w:val="center"/>
        </w:trPr>
        <w:tc>
          <w:tcPr>
            <w:tcW w:w="1742" w:type="dxa"/>
          </w:tcPr>
          <w:p w14:paraId="0229E1C9" w14:textId="77777777" w:rsidR="0087028B" w:rsidRDefault="00000000">
            <w:r>
              <w:rPr>
                <w:sz w:val="14"/>
              </w:rPr>
              <w:t>117243 Rubicon Spring Strawberry Kiwi Flavoured Sparkling Spring Water, 500ml</w:t>
            </w:r>
          </w:p>
        </w:tc>
        <w:tc>
          <w:tcPr>
            <w:tcW w:w="1742" w:type="dxa"/>
          </w:tcPr>
          <w:p w14:paraId="1BC78E73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51B08E9F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525</w:t>
            </w:r>
          </w:p>
        </w:tc>
        <w:tc>
          <w:tcPr>
            <w:tcW w:w="1742" w:type="dxa"/>
          </w:tcPr>
          <w:p w14:paraId="7D5C471E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1742" w:type="dxa"/>
          </w:tcPr>
          <w:p w14:paraId="5821568A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1201C3BA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68BE7702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2.63</w:t>
            </w:r>
          </w:p>
        </w:tc>
        <w:tc>
          <w:tcPr>
            <w:tcW w:w="1742" w:type="dxa"/>
          </w:tcPr>
          <w:p w14:paraId="6DE869A8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0</w:t>
            </w:r>
          </w:p>
        </w:tc>
        <w:tc>
          <w:tcPr>
            <w:tcW w:w="1742" w:type="dxa"/>
          </w:tcPr>
          <w:p w14:paraId="082A3B62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0</w:t>
            </w:r>
          </w:p>
        </w:tc>
      </w:tr>
      <w:tr w:rsidR="0087028B" w14:paraId="3BBB148B" w14:textId="77777777">
        <w:trPr>
          <w:jc w:val="center"/>
        </w:trPr>
        <w:tc>
          <w:tcPr>
            <w:tcW w:w="1742" w:type="dxa"/>
          </w:tcPr>
          <w:p w14:paraId="22AB0113" w14:textId="77777777" w:rsidR="0087028B" w:rsidRDefault="00000000">
            <w:r>
              <w:rPr>
                <w:sz w:val="14"/>
              </w:rPr>
              <w:t>117244 Rubicon Spring Orange Mango Flavoured Sparkling Spring Water, 500ml</w:t>
            </w:r>
          </w:p>
        </w:tc>
        <w:tc>
          <w:tcPr>
            <w:tcW w:w="1742" w:type="dxa"/>
          </w:tcPr>
          <w:p w14:paraId="1554FCB6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786F9E8A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525</w:t>
            </w:r>
          </w:p>
        </w:tc>
        <w:tc>
          <w:tcPr>
            <w:tcW w:w="1742" w:type="dxa"/>
          </w:tcPr>
          <w:p w14:paraId="6D221ED3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16</w:t>
            </w:r>
          </w:p>
        </w:tc>
        <w:tc>
          <w:tcPr>
            <w:tcW w:w="1742" w:type="dxa"/>
          </w:tcPr>
          <w:p w14:paraId="510566E2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5748CB09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1EA1F76E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2.63</w:t>
            </w:r>
          </w:p>
        </w:tc>
        <w:tc>
          <w:tcPr>
            <w:tcW w:w="1742" w:type="dxa"/>
          </w:tcPr>
          <w:p w14:paraId="469E04A9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0</w:t>
            </w:r>
          </w:p>
        </w:tc>
        <w:tc>
          <w:tcPr>
            <w:tcW w:w="1742" w:type="dxa"/>
          </w:tcPr>
          <w:p w14:paraId="3725AF19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0</w:t>
            </w:r>
          </w:p>
        </w:tc>
      </w:tr>
      <w:tr w:rsidR="0087028B" w14:paraId="3F518584" w14:textId="77777777">
        <w:trPr>
          <w:jc w:val="center"/>
        </w:trPr>
        <w:tc>
          <w:tcPr>
            <w:tcW w:w="1742" w:type="dxa"/>
          </w:tcPr>
          <w:p w14:paraId="130FF6C2" w14:textId="77777777" w:rsidR="0087028B" w:rsidRDefault="00000000">
            <w:r>
              <w:rPr>
                <w:sz w:val="14"/>
              </w:rPr>
              <w:t>134139 Rubicon Spring Sparkling Pineapple Passion</w:t>
            </w:r>
          </w:p>
        </w:tc>
        <w:tc>
          <w:tcPr>
            <w:tcW w:w="1742" w:type="dxa"/>
          </w:tcPr>
          <w:p w14:paraId="667A3748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79A7B7F1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500</w:t>
            </w:r>
          </w:p>
        </w:tc>
        <w:tc>
          <w:tcPr>
            <w:tcW w:w="1742" w:type="dxa"/>
          </w:tcPr>
          <w:p w14:paraId="3248A33F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15</w:t>
            </w:r>
          </w:p>
        </w:tc>
        <w:tc>
          <w:tcPr>
            <w:tcW w:w="1742" w:type="dxa"/>
          </w:tcPr>
          <w:p w14:paraId="27AB63C2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751EC1F8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380445A6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2.5</w:t>
            </w:r>
          </w:p>
        </w:tc>
        <w:tc>
          <w:tcPr>
            <w:tcW w:w="1742" w:type="dxa"/>
          </w:tcPr>
          <w:p w14:paraId="16F0C334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2.5</w:t>
            </w:r>
          </w:p>
        </w:tc>
        <w:tc>
          <w:tcPr>
            <w:tcW w:w="1742" w:type="dxa"/>
          </w:tcPr>
          <w:p w14:paraId="2D7D69D3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0</w:t>
            </w:r>
          </w:p>
        </w:tc>
      </w:tr>
      <w:tr w:rsidR="0087028B" w14:paraId="313B1EDD" w14:textId="77777777">
        <w:trPr>
          <w:jc w:val="center"/>
        </w:trPr>
        <w:tc>
          <w:tcPr>
            <w:tcW w:w="1742" w:type="dxa"/>
          </w:tcPr>
          <w:p w14:paraId="357BE5D5" w14:textId="77777777" w:rsidR="0087028B" w:rsidRDefault="00000000">
            <w:r>
              <w:rPr>
                <w:sz w:val="14"/>
              </w:rPr>
              <w:t>121307 Macb Apple &amp; Blackcurrant flavoured water 500ml</w:t>
            </w:r>
          </w:p>
        </w:tc>
        <w:tc>
          <w:tcPr>
            <w:tcW w:w="1742" w:type="dxa"/>
          </w:tcPr>
          <w:p w14:paraId="6D2CDDCA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6D457E2C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500</w:t>
            </w:r>
          </w:p>
        </w:tc>
        <w:tc>
          <w:tcPr>
            <w:tcW w:w="1742" w:type="dxa"/>
          </w:tcPr>
          <w:p w14:paraId="1E065E7D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42" w:type="dxa"/>
          </w:tcPr>
          <w:p w14:paraId="7563A8AA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0B4A7800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42EA3D64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0</w:t>
            </w:r>
          </w:p>
        </w:tc>
        <w:tc>
          <w:tcPr>
            <w:tcW w:w="1742" w:type="dxa"/>
          </w:tcPr>
          <w:p w14:paraId="2F41F14F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0</w:t>
            </w:r>
          </w:p>
        </w:tc>
        <w:tc>
          <w:tcPr>
            <w:tcW w:w="1742" w:type="dxa"/>
          </w:tcPr>
          <w:p w14:paraId="0FD31E39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0</w:t>
            </w:r>
          </w:p>
        </w:tc>
      </w:tr>
      <w:tr w:rsidR="0087028B" w14:paraId="61FFAFB4" w14:textId="77777777">
        <w:trPr>
          <w:jc w:val="center"/>
        </w:trPr>
        <w:tc>
          <w:tcPr>
            <w:tcW w:w="1742" w:type="dxa"/>
          </w:tcPr>
          <w:p w14:paraId="441BD9EE" w14:textId="77777777" w:rsidR="0087028B" w:rsidRDefault="00000000">
            <w:r>
              <w:rPr>
                <w:sz w:val="14"/>
              </w:rPr>
              <w:t>121308 Macb Lemon &amp; Lime flavoured water 500ml</w:t>
            </w:r>
          </w:p>
        </w:tc>
        <w:tc>
          <w:tcPr>
            <w:tcW w:w="1742" w:type="dxa"/>
          </w:tcPr>
          <w:p w14:paraId="7B844A89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1D2C6A20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500</w:t>
            </w:r>
          </w:p>
        </w:tc>
        <w:tc>
          <w:tcPr>
            <w:tcW w:w="1742" w:type="dxa"/>
          </w:tcPr>
          <w:p w14:paraId="4BF006F2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1742" w:type="dxa"/>
          </w:tcPr>
          <w:p w14:paraId="52474A07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13EFDFC3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746800EC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0</w:t>
            </w:r>
          </w:p>
        </w:tc>
        <w:tc>
          <w:tcPr>
            <w:tcW w:w="1742" w:type="dxa"/>
          </w:tcPr>
          <w:p w14:paraId="54F849B5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0</w:t>
            </w:r>
          </w:p>
        </w:tc>
        <w:tc>
          <w:tcPr>
            <w:tcW w:w="1742" w:type="dxa"/>
          </w:tcPr>
          <w:p w14:paraId="543074DA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0</w:t>
            </w:r>
          </w:p>
        </w:tc>
      </w:tr>
      <w:tr w:rsidR="0087028B" w14:paraId="29251C14" w14:textId="77777777">
        <w:trPr>
          <w:jc w:val="center"/>
        </w:trPr>
        <w:tc>
          <w:tcPr>
            <w:tcW w:w="1742" w:type="dxa"/>
          </w:tcPr>
          <w:p w14:paraId="2904646F" w14:textId="77777777" w:rsidR="0087028B" w:rsidRDefault="00000000">
            <w:r>
              <w:rPr>
                <w:sz w:val="14"/>
              </w:rPr>
              <w:lastRenderedPageBreak/>
              <w:t>121309 Macb Strawberry &amp; Kiwi flavoured water 500ml</w:t>
            </w:r>
          </w:p>
        </w:tc>
        <w:tc>
          <w:tcPr>
            <w:tcW w:w="1742" w:type="dxa"/>
          </w:tcPr>
          <w:p w14:paraId="288DBA36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602D72D2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500</w:t>
            </w:r>
          </w:p>
        </w:tc>
        <w:tc>
          <w:tcPr>
            <w:tcW w:w="1742" w:type="dxa"/>
          </w:tcPr>
          <w:p w14:paraId="4A9ACDE3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1742" w:type="dxa"/>
          </w:tcPr>
          <w:p w14:paraId="2FD95103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3F05A7DF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5705F04D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0</w:t>
            </w:r>
          </w:p>
        </w:tc>
        <w:tc>
          <w:tcPr>
            <w:tcW w:w="1742" w:type="dxa"/>
          </w:tcPr>
          <w:p w14:paraId="19E08F18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0</w:t>
            </w:r>
          </w:p>
        </w:tc>
        <w:tc>
          <w:tcPr>
            <w:tcW w:w="1742" w:type="dxa"/>
          </w:tcPr>
          <w:p w14:paraId="56DE4C61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0</w:t>
            </w:r>
          </w:p>
        </w:tc>
      </w:tr>
    </w:tbl>
    <w:p w14:paraId="307F20E1" w14:textId="77777777" w:rsidR="0087028B" w:rsidRDefault="00000000">
      <w:pPr>
        <w:pStyle w:val="Heading2"/>
      </w:pPr>
      <w:r>
        <w:t>Crisps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87028B" w14:paraId="57D5F472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181D1EFF" w14:textId="77777777" w:rsidR="0087028B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303AEC83" w14:textId="77777777" w:rsidR="0087028B" w:rsidRDefault="00000000" w:rsidP="00362244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5F902931" w14:textId="77777777" w:rsidR="0087028B" w:rsidRDefault="00000000" w:rsidP="00362244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38892135" w14:textId="77777777" w:rsidR="0087028B" w:rsidRDefault="00000000" w:rsidP="00362244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7FCBB103" w14:textId="77777777" w:rsidR="0087028B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4452BA39" w14:textId="77777777" w:rsidR="0087028B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34BEF98B" w14:textId="77777777" w:rsidR="0087028B" w:rsidRDefault="00000000" w:rsidP="00362244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1D78255C" w14:textId="77777777" w:rsidR="0087028B" w:rsidRDefault="00000000" w:rsidP="00362244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253E086D" w14:textId="77777777" w:rsidR="0087028B" w:rsidRDefault="00000000" w:rsidP="00362244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87028B" w14:paraId="1386D9E9" w14:textId="77777777">
        <w:trPr>
          <w:jc w:val="center"/>
        </w:trPr>
        <w:tc>
          <w:tcPr>
            <w:tcW w:w="1742" w:type="dxa"/>
          </w:tcPr>
          <w:p w14:paraId="460F91C1" w14:textId="77777777" w:rsidR="0087028B" w:rsidRDefault="00000000">
            <w:r>
              <w:rPr>
                <w:sz w:val="14"/>
              </w:rPr>
              <w:t>134668 Simply Roasted Sea Salt Premium Crisps</w:t>
            </w:r>
          </w:p>
        </w:tc>
        <w:tc>
          <w:tcPr>
            <w:tcW w:w="1742" w:type="dxa"/>
          </w:tcPr>
          <w:p w14:paraId="5E5778DF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5CC4E218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21.5</w:t>
            </w:r>
          </w:p>
        </w:tc>
        <w:tc>
          <w:tcPr>
            <w:tcW w:w="1742" w:type="dxa"/>
          </w:tcPr>
          <w:p w14:paraId="08229FD1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91</w:t>
            </w:r>
          </w:p>
        </w:tc>
        <w:tc>
          <w:tcPr>
            <w:tcW w:w="1742" w:type="dxa"/>
          </w:tcPr>
          <w:p w14:paraId="3359DA63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191BCA0E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5A233681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13.93</w:t>
            </w:r>
          </w:p>
        </w:tc>
        <w:tc>
          <w:tcPr>
            <w:tcW w:w="1742" w:type="dxa"/>
          </w:tcPr>
          <w:p w14:paraId="13EECE47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1.51</w:t>
            </w:r>
          </w:p>
        </w:tc>
        <w:tc>
          <w:tcPr>
            <w:tcW w:w="1742" w:type="dxa"/>
          </w:tcPr>
          <w:p w14:paraId="4B6C4459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2.99</w:t>
            </w:r>
          </w:p>
        </w:tc>
      </w:tr>
      <w:tr w:rsidR="0087028B" w14:paraId="6DFE88DA" w14:textId="77777777">
        <w:trPr>
          <w:jc w:val="center"/>
        </w:trPr>
        <w:tc>
          <w:tcPr>
            <w:tcW w:w="1742" w:type="dxa"/>
          </w:tcPr>
          <w:p w14:paraId="37626F60" w14:textId="77777777" w:rsidR="0087028B" w:rsidRDefault="00000000">
            <w:r>
              <w:rPr>
                <w:sz w:val="14"/>
              </w:rPr>
              <w:t>134669 Simply Roasted Sea Salt &amp; Cider Vinegar Premium Crisps</w:t>
            </w:r>
          </w:p>
        </w:tc>
        <w:tc>
          <w:tcPr>
            <w:tcW w:w="1742" w:type="dxa"/>
          </w:tcPr>
          <w:p w14:paraId="56578466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767F24AD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21.5</w:t>
            </w:r>
          </w:p>
        </w:tc>
        <w:tc>
          <w:tcPr>
            <w:tcW w:w="1742" w:type="dxa"/>
          </w:tcPr>
          <w:p w14:paraId="06AF0912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89</w:t>
            </w:r>
          </w:p>
        </w:tc>
        <w:tc>
          <w:tcPr>
            <w:tcW w:w="1742" w:type="dxa"/>
          </w:tcPr>
          <w:p w14:paraId="03FBB3B6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6A29FB1F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6793C254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13.95</w:t>
            </w:r>
          </w:p>
        </w:tc>
        <w:tc>
          <w:tcPr>
            <w:tcW w:w="1742" w:type="dxa"/>
          </w:tcPr>
          <w:p w14:paraId="2A930A33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1.44</w:t>
            </w:r>
          </w:p>
        </w:tc>
        <w:tc>
          <w:tcPr>
            <w:tcW w:w="1742" w:type="dxa"/>
          </w:tcPr>
          <w:p w14:paraId="65FB1FC4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2.82</w:t>
            </w:r>
          </w:p>
        </w:tc>
      </w:tr>
      <w:tr w:rsidR="0087028B" w14:paraId="1A11F2E3" w14:textId="77777777">
        <w:trPr>
          <w:jc w:val="center"/>
        </w:trPr>
        <w:tc>
          <w:tcPr>
            <w:tcW w:w="1742" w:type="dxa"/>
          </w:tcPr>
          <w:p w14:paraId="58D50D8D" w14:textId="77777777" w:rsidR="0087028B" w:rsidRDefault="00000000">
            <w:r>
              <w:rPr>
                <w:sz w:val="14"/>
              </w:rPr>
              <w:t>134670 Simply Roasted Mature Cheddar &amp; Red Onion Premium Crisps</w:t>
            </w:r>
          </w:p>
        </w:tc>
        <w:tc>
          <w:tcPr>
            <w:tcW w:w="1742" w:type="dxa"/>
          </w:tcPr>
          <w:p w14:paraId="0075CBE5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421BB25C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21.5</w:t>
            </w:r>
          </w:p>
        </w:tc>
        <w:tc>
          <w:tcPr>
            <w:tcW w:w="1742" w:type="dxa"/>
          </w:tcPr>
          <w:p w14:paraId="3B9646AB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93</w:t>
            </w:r>
          </w:p>
        </w:tc>
        <w:tc>
          <w:tcPr>
            <w:tcW w:w="1742" w:type="dxa"/>
          </w:tcPr>
          <w:p w14:paraId="0F21EBDC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23621351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048BCD57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14.23</w:t>
            </w:r>
          </w:p>
        </w:tc>
        <w:tc>
          <w:tcPr>
            <w:tcW w:w="1742" w:type="dxa"/>
          </w:tcPr>
          <w:p w14:paraId="02513DF4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1.96</w:t>
            </w:r>
          </w:p>
        </w:tc>
        <w:tc>
          <w:tcPr>
            <w:tcW w:w="1742" w:type="dxa"/>
          </w:tcPr>
          <w:p w14:paraId="01C267BA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2.88</w:t>
            </w:r>
          </w:p>
        </w:tc>
      </w:tr>
      <w:tr w:rsidR="0087028B" w14:paraId="21817026" w14:textId="77777777">
        <w:trPr>
          <w:jc w:val="center"/>
        </w:trPr>
        <w:tc>
          <w:tcPr>
            <w:tcW w:w="1742" w:type="dxa"/>
          </w:tcPr>
          <w:p w14:paraId="3D9FAE4D" w14:textId="77777777" w:rsidR="0087028B" w:rsidRDefault="00000000">
            <w:r>
              <w:rPr>
                <w:sz w:val="14"/>
              </w:rPr>
              <w:t>103192 Popchips Sour Cream &amp; Onion Crisps 23g</w:t>
            </w:r>
          </w:p>
        </w:tc>
        <w:tc>
          <w:tcPr>
            <w:tcW w:w="1742" w:type="dxa"/>
          </w:tcPr>
          <w:p w14:paraId="31EE88E6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2706A76A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22.9</w:t>
            </w:r>
          </w:p>
        </w:tc>
        <w:tc>
          <w:tcPr>
            <w:tcW w:w="1742" w:type="dxa"/>
          </w:tcPr>
          <w:p w14:paraId="45514867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99</w:t>
            </w:r>
          </w:p>
        </w:tc>
        <w:tc>
          <w:tcPr>
            <w:tcW w:w="1742" w:type="dxa"/>
          </w:tcPr>
          <w:p w14:paraId="5A53686A" w14:textId="77777777" w:rsidR="0087028B" w:rsidRDefault="00000000">
            <w:r>
              <w:rPr>
                <w:sz w:val="14"/>
              </w:rPr>
              <w:t>Milk</w:t>
            </w:r>
          </w:p>
        </w:tc>
        <w:tc>
          <w:tcPr>
            <w:tcW w:w="1742" w:type="dxa"/>
          </w:tcPr>
          <w:p w14:paraId="4CD991E9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51BF6498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15.81</w:t>
            </w:r>
          </w:p>
        </w:tc>
        <w:tc>
          <w:tcPr>
            <w:tcW w:w="1742" w:type="dxa"/>
          </w:tcPr>
          <w:p w14:paraId="368309F7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1.54</w:t>
            </w:r>
          </w:p>
        </w:tc>
        <w:tc>
          <w:tcPr>
            <w:tcW w:w="1742" w:type="dxa"/>
          </w:tcPr>
          <w:p w14:paraId="5C220E0A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2.98</w:t>
            </w:r>
          </w:p>
        </w:tc>
      </w:tr>
      <w:tr w:rsidR="0087028B" w14:paraId="1D4F595F" w14:textId="77777777">
        <w:trPr>
          <w:jc w:val="center"/>
        </w:trPr>
        <w:tc>
          <w:tcPr>
            <w:tcW w:w="1742" w:type="dxa"/>
          </w:tcPr>
          <w:p w14:paraId="7DB82576" w14:textId="77777777" w:rsidR="0087028B" w:rsidRDefault="00000000">
            <w:r>
              <w:rPr>
                <w:sz w:val="14"/>
              </w:rPr>
              <w:t>103193 Popchips Barbeque Crisps 23g</w:t>
            </w:r>
          </w:p>
        </w:tc>
        <w:tc>
          <w:tcPr>
            <w:tcW w:w="1742" w:type="dxa"/>
          </w:tcPr>
          <w:p w14:paraId="1C8220E5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4734C2F0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22.9</w:t>
            </w:r>
          </w:p>
        </w:tc>
        <w:tc>
          <w:tcPr>
            <w:tcW w:w="1742" w:type="dxa"/>
          </w:tcPr>
          <w:p w14:paraId="4E27518B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99</w:t>
            </w:r>
          </w:p>
        </w:tc>
        <w:tc>
          <w:tcPr>
            <w:tcW w:w="1742" w:type="dxa"/>
          </w:tcPr>
          <w:p w14:paraId="557031F6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4C399CDB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59436C60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15.58</w:t>
            </w:r>
          </w:p>
        </w:tc>
        <w:tc>
          <w:tcPr>
            <w:tcW w:w="1742" w:type="dxa"/>
          </w:tcPr>
          <w:p w14:paraId="0AA19185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1.26</w:t>
            </w:r>
          </w:p>
        </w:tc>
        <w:tc>
          <w:tcPr>
            <w:tcW w:w="1742" w:type="dxa"/>
          </w:tcPr>
          <w:p w14:paraId="73584B58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3.21</w:t>
            </w:r>
          </w:p>
        </w:tc>
      </w:tr>
      <w:tr w:rsidR="0087028B" w14:paraId="2A953B41" w14:textId="77777777">
        <w:trPr>
          <w:jc w:val="center"/>
        </w:trPr>
        <w:tc>
          <w:tcPr>
            <w:tcW w:w="1742" w:type="dxa"/>
          </w:tcPr>
          <w:p w14:paraId="0824424B" w14:textId="77777777" w:rsidR="0087028B" w:rsidRDefault="00000000">
            <w:r>
              <w:rPr>
                <w:sz w:val="14"/>
              </w:rPr>
              <w:t>105780 Popchips Sea Salt &amp; Vinegar Crisps 23g</w:t>
            </w:r>
          </w:p>
        </w:tc>
        <w:tc>
          <w:tcPr>
            <w:tcW w:w="1742" w:type="dxa"/>
          </w:tcPr>
          <w:p w14:paraId="720FF43C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Each</w:t>
            </w:r>
          </w:p>
        </w:tc>
        <w:tc>
          <w:tcPr>
            <w:tcW w:w="1742" w:type="dxa"/>
          </w:tcPr>
          <w:p w14:paraId="69199C74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22.9</w:t>
            </w:r>
          </w:p>
        </w:tc>
        <w:tc>
          <w:tcPr>
            <w:tcW w:w="1742" w:type="dxa"/>
          </w:tcPr>
          <w:p w14:paraId="1693F552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99</w:t>
            </w:r>
          </w:p>
        </w:tc>
        <w:tc>
          <w:tcPr>
            <w:tcW w:w="1742" w:type="dxa"/>
          </w:tcPr>
          <w:p w14:paraId="453702D6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6A74A07C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173D9F99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15.81</w:t>
            </w:r>
          </w:p>
        </w:tc>
        <w:tc>
          <w:tcPr>
            <w:tcW w:w="1742" w:type="dxa"/>
          </w:tcPr>
          <w:p w14:paraId="32206F4C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1.26</w:t>
            </w:r>
          </w:p>
        </w:tc>
        <w:tc>
          <w:tcPr>
            <w:tcW w:w="1742" w:type="dxa"/>
          </w:tcPr>
          <w:p w14:paraId="215A91B9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2.98</w:t>
            </w:r>
          </w:p>
        </w:tc>
      </w:tr>
    </w:tbl>
    <w:p w14:paraId="001C7DF6" w14:textId="77777777" w:rsidR="0087028B" w:rsidRDefault="00000000">
      <w:pPr>
        <w:pStyle w:val="Heading2"/>
      </w:pPr>
      <w:r>
        <w:t>Sweet Treats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87028B" w14:paraId="50173F1A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601906E1" w14:textId="77777777" w:rsidR="0087028B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3B29CEA4" w14:textId="77777777" w:rsidR="0087028B" w:rsidRDefault="00000000" w:rsidP="00362244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4DE936D4" w14:textId="77777777" w:rsidR="0087028B" w:rsidRDefault="00000000" w:rsidP="00362244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06E94746" w14:textId="77777777" w:rsidR="0087028B" w:rsidRDefault="00000000" w:rsidP="00362244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3E5FFD41" w14:textId="77777777" w:rsidR="0087028B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038382A1" w14:textId="77777777" w:rsidR="0087028B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6737100F" w14:textId="77777777" w:rsidR="0087028B" w:rsidRDefault="00000000" w:rsidP="00362244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46700AC8" w14:textId="77777777" w:rsidR="0087028B" w:rsidRDefault="00000000" w:rsidP="00362244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535A73BF" w14:textId="77777777" w:rsidR="0087028B" w:rsidRDefault="00000000" w:rsidP="00362244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87028B" w14:paraId="0FA639B1" w14:textId="77777777">
        <w:trPr>
          <w:jc w:val="center"/>
        </w:trPr>
        <w:tc>
          <w:tcPr>
            <w:tcW w:w="1742" w:type="dxa"/>
          </w:tcPr>
          <w:p w14:paraId="26DCA4AF" w14:textId="77777777" w:rsidR="0087028B" w:rsidRDefault="00000000">
            <w:r>
              <w:rPr>
                <w:sz w:val="14"/>
              </w:rPr>
              <w:t>Old School Cake HS</w:t>
            </w:r>
          </w:p>
        </w:tc>
        <w:tc>
          <w:tcPr>
            <w:tcW w:w="1742" w:type="dxa"/>
          </w:tcPr>
          <w:p w14:paraId="79A6980D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072419B2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68</w:t>
            </w:r>
          </w:p>
        </w:tc>
        <w:tc>
          <w:tcPr>
            <w:tcW w:w="1742" w:type="dxa"/>
          </w:tcPr>
          <w:p w14:paraId="0EFA7598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273</w:t>
            </w:r>
          </w:p>
        </w:tc>
        <w:tc>
          <w:tcPr>
            <w:tcW w:w="1742" w:type="dxa"/>
          </w:tcPr>
          <w:p w14:paraId="397DF6FA" w14:textId="77777777" w:rsidR="0087028B" w:rsidRDefault="00000000">
            <w:r>
              <w:rPr>
                <w:sz w:val="14"/>
              </w:rPr>
              <w:t>Gluten, Wheat, Eggs, Milk, Soya</w:t>
            </w:r>
          </w:p>
        </w:tc>
        <w:tc>
          <w:tcPr>
            <w:tcW w:w="1742" w:type="dxa"/>
          </w:tcPr>
          <w:p w14:paraId="3078957C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1D0B8686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48.19</w:t>
            </w:r>
          </w:p>
        </w:tc>
        <w:tc>
          <w:tcPr>
            <w:tcW w:w="1742" w:type="dxa"/>
          </w:tcPr>
          <w:p w14:paraId="5E34794D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5.06</w:t>
            </w:r>
          </w:p>
        </w:tc>
        <w:tc>
          <w:tcPr>
            <w:tcW w:w="1742" w:type="dxa"/>
          </w:tcPr>
          <w:p w14:paraId="1E1E68C6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5.85</w:t>
            </w:r>
          </w:p>
        </w:tc>
      </w:tr>
      <w:tr w:rsidR="0087028B" w14:paraId="6EDED67C" w14:textId="77777777">
        <w:trPr>
          <w:jc w:val="center"/>
        </w:trPr>
        <w:tc>
          <w:tcPr>
            <w:tcW w:w="1742" w:type="dxa"/>
          </w:tcPr>
          <w:p w14:paraId="76FFF2E5" w14:textId="77777777" w:rsidR="0087028B" w:rsidRDefault="00000000">
            <w:r>
              <w:rPr>
                <w:sz w:val="14"/>
              </w:rPr>
              <w:t>Chocolate Crispy Cake HS</w:t>
            </w:r>
          </w:p>
        </w:tc>
        <w:tc>
          <w:tcPr>
            <w:tcW w:w="1742" w:type="dxa"/>
          </w:tcPr>
          <w:p w14:paraId="541632DA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72A9B22E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46</w:t>
            </w:r>
          </w:p>
        </w:tc>
        <w:tc>
          <w:tcPr>
            <w:tcW w:w="1742" w:type="dxa"/>
          </w:tcPr>
          <w:p w14:paraId="73257882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213</w:t>
            </w:r>
          </w:p>
        </w:tc>
        <w:tc>
          <w:tcPr>
            <w:tcW w:w="1742" w:type="dxa"/>
          </w:tcPr>
          <w:p w14:paraId="7F8CFF58" w14:textId="77777777" w:rsidR="0087028B" w:rsidRDefault="00000000">
            <w:r>
              <w:rPr>
                <w:sz w:val="14"/>
              </w:rPr>
              <w:t>Gluten, Barley, Milk</w:t>
            </w:r>
          </w:p>
        </w:tc>
        <w:tc>
          <w:tcPr>
            <w:tcW w:w="1742" w:type="dxa"/>
          </w:tcPr>
          <w:p w14:paraId="5F2CD75E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564F097D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24.84</w:t>
            </w:r>
          </w:p>
        </w:tc>
        <w:tc>
          <w:tcPr>
            <w:tcW w:w="1742" w:type="dxa"/>
          </w:tcPr>
          <w:p w14:paraId="312BE02B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1.83</w:t>
            </w:r>
          </w:p>
        </w:tc>
        <w:tc>
          <w:tcPr>
            <w:tcW w:w="1742" w:type="dxa"/>
          </w:tcPr>
          <w:p w14:paraId="7B43B0B4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11.68</w:t>
            </w:r>
          </w:p>
        </w:tc>
      </w:tr>
      <w:tr w:rsidR="0087028B" w14:paraId="1F534C56" w14:textId="77777777">
        <w:trPr>
          <w:jc w:val="center"/>
        </w:trPr>
        <w:tc>
          <w:tcPr>
            <w:tcW w:w="1742" w:type="dxa"/>
          </w:tcPr>
          <w:p w14:paraId="75D73EDE" w14:textId="77777777" w:rsidR="0087028B" w:rsidRDefault="00000000">
            <w:r>
              <w:rPr>
                <w:sz w:val="14"/>
              </w:rPr>
              <w:t>Pancake HS</w:t>
            </w:r>
          </w:p>
        </w:tc>
        <w:tc>
          <w:tcPr>
            <w:tcW w:w="1742" w:type="dxa"/>
          </w:tcPr>
          <w:p w14:paraId="5D93B32C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064D87D0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42</w:t>
            </w:r>
          </w:p>
        </w:tc>
        <w:tc>
          <w:tcPr>
            <w:tcW w:w="1742" w:type="dxa"/>
          </w:tcPr>
          <w:p w14:paraId="675FEE75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121</w:t>
            </w:r>
          </w:p>
        </w:tc>
        <w:tc>
          <w:tcPr>
            <w:tcW w:w="1742" w:type="dxa"/>
          </w:tcPr>
          <w:p w14:paraId="664BEBAC" w14:textId="77777777" w:rsidR="0087028B" w:rsidRDefault="00000000">
            <w:r>
              <w:rPr>
                <w:sz w:val="14"/>
              </w:rPr>
              <w:t>Gluten, Wheat, Eggs, Milk</w:t>
            </w:r>
          </w:p>
        </w:tc>
        <w:tc>
          <w:tcPr>
            <w:tcW w:w="1742" w:type="dxa"/>
          </w:tcPr>
          <w:p w14:paraId="099D1847" w14:textId="77777777" w:rsidR="0087028B" w:rsidRDefault="00000000">
            <w:r>
              <w:rPr>
                <w:sz w:val="14"/>
              </w:rPr>
              <w:t>Tree nuts, Hazelnuts, Pecans, Almonds, Cashews, Walnuts, Brazil nuts, Pistachios, Macadamias, Sesame, Soya</w:t>
            </w:r>
          </w:p>
        </w:tc>
        <w:tc>
          <w:tcPr>
            <w:tcW w:w="1742" w:type="dxa"/>
          </w:tcPr>
          <w:p w14:paraId="6AB919C2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19.51</w:t>
            </w:r>
          </w:p>
        </w:tc>
        <w:tc>
          <w:tcPr>
            <w:tcW w:w="1742" w:type="dxa"/>
          </w:tcPr>
          <w:p w14:paraId="5A1E09A2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2.21</w:t>
            </w:r>
          </w:p>
        </w:tc>
        <w:tc>
          <w:tcPr>
            <w:tcW w:w="1742" w:type="dxa"/>
          </w:tcPr>
          <w:p w14:paraId="4D6463BE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3.83</w:t>
            </w:r>
          </w:p>
        </w:tc>
      </w:tr>
      <w:tr w:rsidR="0087028B" w14:paraId="2F60AE0E" w14:textId="77777777">
        <w:trPr>
          <w:jc w:val="center"/>
        </w:trPr>
        <w:tc>
          <w:tcPr>
            <w:tcW w:w="1742" w:type="dxa"/>
          </w:tcPr>
          <w:p w14:paraId="59A450B0" w14:textId="77777777" w:rsidR="0087028B" w:rsidRDefault="00000000">
            <w:r>
              <w:rPr>
                <w:sz w:val="14"/>
              </w:rPr>
              <w:t>Shortbread Biscuit (HS)</w:t>
            </w:r>
          </w:p>
        </w:tc>
        <w:tc>
          <w:tcPr>
            <w:tcW w:w="1742" w:type="dxa"/>
          </w:tcPr>
          <w:p w14:paraId="0FB85ACA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E7FAB9C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45</w:t>
            </w:r>
          </w:p>
        </w:tc>
        <w:tc>
          <w:tcPr>
            <w:tcW w:w="1742" w:type="dxa"/>
          </w:tcPr>
          <w:p w14:paraId="72E74A4C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204</w:t>
            </w:r>
          </w:p>
        </w:tc>
        <w:tc>
          <w:tcPr>
            <w:tcW w:w="1742" w:type="dxa"/>
          </w:tcPr>
          <w:p w14:paraId="2E1A4284" w14:textId="77777777" w:rsidR="008702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40769400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201899DF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23.7</w:t>
            </w:r>
          </w:p>
        </w:tc>
        <w:tc>
          <w:tcPr>
            <w:tcW w:w="1742" w:type="dxa"/>
          </w:tcPr>
          <w:p w14:paraId="6AD3B9A1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2.34</w:t>
            </w:r>
          </w:p>
        </w:tc>
        <w:tc>
          <w:tcPr>
            <w:tcW w:w="1742" w:type="dxa"/>
          </w:tcPr>
          <w:p w14:paraId="5785497A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10.88</w:t>
            </w:r>
          </w:p>
        </w:tc>
      </w:tr>
      <w:tr w:rsidR="0087028B" w14:paraId="2FBFC238" w14:textId="77777777">
        <w:trPr>
          <w:jc w:val="center"/>
        </w:trPr>
        <w:tc>
          <w:tcPr>
            <w:tcW w:w="1742" w:type="dxa"/>
          </w:tcPr>
          <w:p w14:paraId="2B0215AC" w14:textId="77777777" w:rsidR="0087028B" w:rsidRDefault="00000000">
            <w:r>
              <w:rPr>
                <w:sz w:val="14"/>
              </w:rPr>
              <w:t>Flapjack HS</w:t>
            </w:r>
          </w:p>
        </w:tc>
        <w:tc>
          <w:tcPr>
            <w:tcW w:w="1742" w:type="dxa"/>
          </w:tcPr>
          <w:p w14:paraId="0A061F03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7E05A0F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65</w:t>
            </w:r>
          </w:p>
        </w:tc>
        <w:tc>
          <w:tcPr>
            <w:tcW w:w="1742" w:type="dxa"/>
          </w:tcPr>
          <w:p w14:paraId="64EBAC1E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325</w:t>
            </w:r>
          </w:p>
        </w:tc>
        <w:tc>
          <w:tcPr>
            <w:tcW w:w="1742" w:type="dxa"/>
          </w:tcPr>
          <w:p w14:paraId="4036DD5B" w14:textId="77777777" w:rsidR="0087028B" w:rsidRDefault="00000000">
            <w:r>
              <w:rPr>
                <w:sz w:val="14"/>
              </w:rPr>
              <w:t>Gluten, Oats</w:t>
            </w:r>
          </w:p>
        </w:tc>
        <w:tc>
          <w:tcPr>
            <w:tcW w:w="1742" w:type="dxa"/>
          </w:tcPr>
          <w:p w14:paraId="13D6B976" w14:textId="77777777" w:rsidR="0087028B" w:rsidRDefault="00000000">
            <w:r>
              <w:rPr>
                <w:sz w:val="14"/>
              </w:rPr>
              <w:t>Wheat, Barley, Eggs, Milk, Soya</w:t>
            </w:r>
          </w:p>
        </w:tc>
        <w:tc>
          <w:tcPr>
            <w:tcW w:w="1742" w:type="dxa"/>
          </w:tcPr>
          <w:p w14:paraId="2F95AFB2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40.6</w:t>
            </w:r>
          </w:p>
        </w:tc>
        <w:tc>
          <w:tcPr>
            <w:tcW w:w="1742" w:type="dxa"/>
          </w:tcPr>
          <w:p w14:paraId="1C82129D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4.62</w:t>
            </w:r>
          </w:p>
        </w:tc>
        <w:tc>
          <w:tcPr>
            <w:tcW w:w="1742" w:type="dxa"/>
          </w:tcPr>
          <w:p w14:paraId="4510C76F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15.26</w:t>
            </w:r>
          </w:p>
        </w:tc>
      </w:tr>
      <w:tr w:rsidR="0087028B" w14:paraId="280BE6A9" w14:textId="77777777">
        <w:trPr>
          <w:jc w:val="center"/>
        </w:trPr>
        <w:tc>
          <w:tcPr>
            <w:tcW w:w="1742" w:type="dxa"/>
          </w:tcPr>
          <w:p w14:paraId="6A8AB076" w14:textId="77777777" w:rsidR="0087028B" w:rsidRDefault="00000000">
            <w:r>
              <w:rPr>
                <w:sz w:val="14"/>
              </w:rPr>
              <w:t>Iced Shortbread (HS)</w:t>
            </w:r>
          </w:p>
        </w:tc>
        <w:tc>
          <w:tcPr>
            <w:tcW w:w="1742" w:type="dxa"/>
          </w:tcPr>
          <w:p w14:paraId="65A0A211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E764209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52</w:t>
            </w:r>
          </w:p>
        </w:tc>
        <w:tc>
          <w:tcPr>
            <w:tcW w:w="1742" w:type="dxa"/>
          </w:tcPr>
          <w:p w14:paraId="79D047A1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228</w:t>
            </w:r>
          </w:p>
        </w:tc>
        <w:tc>
          <w:tcPr>
            <w:tcW w:w="1742" w:type="dxa"/>
          </w:tcPr>
          <w:p w14:paraId="4658EF10" w14:textId="77777777" w:rsidR="0087028B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5CD81127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6816E4ED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28.12</w:t>
            </w:r>
          </w:p>
        </w:tc>
        <w:tc>
          <w:tcPr>
            <w:tcW w:w="1742" w:type="dxa"/>
          </w:tcPr>
          <w:p w14:paraId="5159372E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2.48</w:t>
            </w:r>
          </w:p>
        </w:tc>
        <w:tc>
          <w:tcPr>
            <w:tcW w:w="1742" w:type="dxa"/>
          </w:tcPr>
          <w:p w14:paraId="66A6CCCE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11.54</w:t>
            </w:r>
          </w:p>
        </w:tc>
      </w:tr>
      <w:tr w:rsidR="0087028B" w14:paraId="7C5D9B57" w14:textId="77777777">
        <w:trPr>
          <w:jc w:val="center"/>
        </w:trPr>
        <w:tc>
          <w:tcPr>
            <w:tcW w:w="1742" w:type="dxa"/>
          </w:tcPr>
          <w:p w14:paraId="6B9CA37B" w14:textId="77777777" w:rsidR="0087028B" w:rsidRDefault="00000000">
            <w:r>
              <w:rPr>
                <w:sz w:val="14"/>
              </w:rPr>
              <w:t>Chocolate Cookie HS</w:t>
            </w:r>
          </w:p>
        </w:tc>
        <w:tc>
          <w:tcPr>
            <w:tcW w:w="1742" w:type="dxa"/>
          </w:tcPr>
          <w:p w14:paraId="73388776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AB1BBB7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45</w:t>
            </w:r>
          </w:p>
        </w:tc>
        <w:tc>
          <w:tcPr>
            <w:tcW w:w="1742" w:type="dxa"/>
          </w:tcPr>
          <w:p w14:paraId="6F7B5370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199</w:t>
            </w:r>
          </w:p>
        </w:tc>
        <w:tc>
          <w:tcPr>
            <w:tcW w:w="1742" w:type="dxa"/>
          </w:tcPr>
          <w:p w14:paraId="693CE878" w14:textId="77777777" w:rsidR="0087028B" w:rsidRDefault="00000000">
            <w:r>
              <w:rPr>
                <w:sz w:val="14"/>
              </w:rPr>
              <w:t>Gluten, Wheat, Eggs, Milk</w:t>
            </w:r>
          </w:p>
        </w:tc>
        <w:tc>
          <w:tcPr>
            <w:tcW w:w="1742" w:type="dxa"/>
          </w:tcPr>
          <w:p w14:paraId="60AF3C4D" w14:textId="77777777" w:rsidR="0087028B" w:rsidRDefault="00000000">
            <w:r>
              <w:rPr>
                <w:sz w:val="14"/>
              </w:rPr>
              <w:t>Soya</w:t>
            </w:r>
          </w:p>
        </w:tc>
        <w:tc>
          <w:tcPr>
            <w:tcW w:w="1742" w:type="dxa"/>
          </w:tcPr>
          <w:p w14:paraId="3DA947B7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29.31</w:t>
            </w:r>
          </w:p>
        </w:tc>
        <w:tc>
          <w:tcPr>
            <w:tcW w:w="1742" w:type="dxa"/>
          </w:tcPr>
          <w:p w14:paraId="223106FB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2.58</w:t>
            </w:r>
          </w:p>
        </w:tc>
        <w:tc>
          <w:tcPr>
            <w:tcW w:w="1742" w:type="dxa"/>
          </w:tcPr>
          <w:p w14:paraId="4DE59A4F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7.79</w:t>
            </w:r>
          </w:p>
        </w:tc>
      </w:tr>
      <w:tr w:rsidR="0087028B" w14:paraId="65BC5E71" w14:textId="77777777">
        <w:trPr>
          <w:jc w:val="center"/>
        </w:trPr>
        <w:tc>
          <w:tcPr>
            <w:tcW w:w="1742" w:type="dxa"/>
          </w:tcPr>
          <w:p w14:paraId="2E1D6639" w14:textId="77777777" w:rsidR="0087028B" w:rsidRDefault="00000000">
            <w:r>
              <w:rPr>
                <w:sz w:val="14"/>
              </w:rPr>
              <w:t>Cookie HS</w:t>
            </w:r>
          </w:p>
        </w:tc>
        <w:tc>
          <w:tcPr>
            <w:tcW w:w="1742" w:type="dxa"/>
          </w:tcPr>
          <w:p w14:paraId="38E757DF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E22E493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45</w:t>
            </w:r>
          </w:p>
        </w:tc>
        <w:tc>
          <w:tcPr>
            <w:tcW w:w="1742" w:type="dxa"/>
          </w:tcPr>
          <w:p w14:paraId="3BA797B8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199</w:t>
            </w:r>
          </w:p>
        </w:tc>
        <w:tc>
          <w:tcPr>
            <w:tcW w:w="1742" w:type="dxa"/>
          </w:tcPr>
          <w:p w14:paraId="27745027" w14:textId="77777777" w:rsidR="0087028B" w:rsidRDefault="00000000">
            <w:r>
              <w:rPr>
                <w:sz w:val="14"/>
              </w:rPr>
              <w:t>Gluten, Wheat, Eggs, Milk</w:t>
            </w:r>
          </w:p>
        </w:tc>
        <w:tc>
          <w:tcPr>
            <w:tcW w:w="1742" w:type="dxa"/>
          </w:tcPr>
          <w:p w14:paraId="3433A7A2" w14:textId="77777777" w:rsidR="0087028B" w:rsidRDefault="00000000">
            <w:r>
              <w:rPr>
                <w:sz w:val="14"/>
              </w:rPr>
              <w:t>Soya</w:t>
            </w:r>
          </w:p>
        </w:tc>
        <w:tc>
          <w:tcPr>
            <w:tcW w:w="1742" w:type="dxa"/>
          </w:tcPr>
          <w:p w14:paraId="3CB2C5EC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29.31</w:t>
            </w:r>
          </w:p>
        </w:tc>
        <w:tc>
          <w:tcPr>
            <w:tcW w:w="1742" w:type="dxa"/>
          </w:tcPr>
          <w:p w14:paraId="315FC0EF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2.58</w:t>
            </w:r>
          </w:p>
        </w:tc>
        <w:tc>
          <w:tcPr>
            <w:tcW w:w="1742" w:type="dxa"/>
          </w:tcPr>
          <w:p w14:paraId="41794E44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7.79</w:t>
            </w:r>
          </w:p>
        </w:tc>
      </w:tr>
      <w:tr w:rsidR="0087028B" w14:paraId="4C7518AD" w14:textId="77777777">
        <w:trPr>
          <w:jc w:val="center"/>
        </w:trPr>
        <w:tc>
          <w:tcPr>
            <w:tcW w:w="1742" w:type="dxa"/>
          </w:tcPr>
          <w:p w14:paraId="068009CB" w14:textId="77777777" w:rsidR="0087028B" w:rsidRDefault="00000000">
            <w:r>
              <w:rPr>
                <w:sz w:val="14"/>
              </w:rPr>
              <w:t>Chocolate Sponge HS</w:t>
            </w:r>
          </w:p>
        </w:tc>
        <w:tc>
          <w:tcPr>
            <w:tcW w:w="1742" w:type="dxa"/>
          </w:tcPr>
          <w:p w14:paraId="79046412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87FF0A3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67</w:t>
            </w:r>
          </w:p>
        </w:tc>
        <w:tc>
          <w:tcPr>
            <w:tcW w:w="1742" w:type="dxa"/>
          </w:tcPr>
          <w:p w14:paraId="1F3F7ED9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287</w:t>
            </w:r>
          </w:p>
        </w:tc>
        <w:tc>
          <w:tcPr>
            <w:tcW w:w="1742" w:type="dxa"/>
          </w:tcPr>
          <w:p w14:paraId="61F2184E" w14:textId="77777777" w:rsidR="0087028B" w:rsidRDefault="00000000">
            <w:r>
              <w:rPr>
                <w:sz w:val="14"/>
              </w:rPr>
              <w:t>Gluten, Wheat, Eggs, Milk, Soya</w:t>
            </w:r>
          </w:p>
        </w:tc>
        <w:tc>
          <w:tcPr>
            <w:tcW w:w="1742" w:type="dxa"/>
          </w:tcPr>
          <w:p w14:paraId="1F9B617F" w14:textId="77777777" w:rsidR="0087028B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26F813F7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43.33</w:t>
            </w:r>
          </w:p>
        </w:tc>
        <w:tc>
          <w:tcPr>
            <w:tcW w:w="1742" w:type="dxa"/>
          </w:tcPr>
          <w:p w14:paraId="1622A182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5.25</w:t>
            </w:r>
          </w:p>
        </w:tc>
        <w:tc>
          <w:tcPr>
            <w:tcW w:w="1742" w:type="dxa"/>
          </w:tcPr>
          <w:p w14:paraId="499AA33C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9.72</w:t>
            </w:r>
          </w:p>
        </w:tc>
      </w:tr>
      <w:tr w:rsidR="0087028B" w14:paraId="10367B64" w14:textId="77777777">
        <w:trPr>
          <w:jc w:val="center"/>
        </w:trPr>
        <w:tc>
          <w:tcPr>
            <w:tcW w:w="1742" w:type="dxa"/>
          </w:tcPr>
          <w:p w14:paraId="4340838F" w14:textId="77777777" w:rsidR="0087028B" w:rsidRDefault="00000000">
            <w:r>
              <w:rPr>
                <w:sz w:val="14"/>
              </w:rPr>
              <w:t>Tiffin HS</w:t>
            </w:r>
          </w:p>
        </w:tc>
        <w:tc>
          <w:tcPr>
            <w:tcW w:w="1742" w:type="dxa"/>
          </w:tcPr>
          <w:p w14:paraId="1D03CF35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630D7F5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54</w:t>
            </w:r>
          </w:p>
        </w:tc>
        <w:tc>
          <w:tcPr>
            <w:tcW w:w="1742" w:type="dxa"/>
          </w:tcPr>
          <w:p w14:paraId="0AD99239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247</w:t>
            </w:r>
          </w:p>
        </w:tc>
        <w:tc>
          <w:tcPr>
            <w:tcW w:w="1742" w:type="dxa"/>
          </w:tcPr>
          <w:p w14:paraId="57CB3B5E" w14:textId="77777777" w:rsidR="0087028B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2AB17ADD" w14:textId="77777777" w:rsidR="0087028B" w:rsidRDefault="00000000">
            <w:r>
              <w:rPr>
                <w:sz w:val="14"/>
              </w:rPr>
              <w:t>Soya</w:t>
            </w:r>
          </w:p>
        </w:tc>
        <w:tc>
          <w:tcPr>
            <w:tcW w:w="1742" w:type="dxa"/>
          </w:tcPr>
          <w:p w14:paraId="75C33178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29.86</w:t>
            </w:r>
          </w:p>
        </w:tc>
        <w:tc>
          <w:tcPr>
            <w:tcW w:w="1742" w:type="dxa"/>
          </w:tcPr>
          <w:p w14:paraId="5C4DC9D8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3.52</w:t>
            </w:r>
          </w:p>
        </w:tc>
        <w:tc>
          <w:tcPr>
            <w:tcW w:w="1742" w:type="dxa"/>
          </w:tcPr>
          <w:p w14:paraId="2F454A0C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12.39</w:t>
            </w:r>
          </w:p>
        </w:tc>
      </w:tr>
      <w:tr w:rsidR="0087028B" w14:paraId="6A451CB4" w14:textId="77777777">
        <w:trPr>
          <w:jc w:val="center"/>
        </w:trPr>
        <w:tc>
          <w:tcPr>
            <w:tcW w:w="1742" w:type="dxa"/>
          </w:tcPr>
          <w:p w14:paraId="15285451" w14:textId="77777777" w:rsidR="0087028B" w:rsidRDefault="00000000">
            <w:r>
              <w:rPr>
                <w:sz w:val="14"/>
              </w:rPr>
              <w:t>Chocolate Muffin HS</w:t>
            </w:r>
          </w:p>
        </w:tc>
        <w:tc>
          <w:tcPr>
            <w:tcW w:w="1742" w:type="dxa"/>
          </w:tcPr>
          <w:p w14:paraId="4737689D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3B529ED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56</w:t>
            </w:r>
          </w:p>
        </w:tc>
        <w:tc>
          <w:tcPr>
            <w:tcW w:w="1742" w:type="dxa"/>
          </w:tcPr>
          <w:p w14:paraId="4816293C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181</w:t>
            </w:r>
          </w:p>
        </w:tc>
        <w:tc>
          <w:tcPr>
            <w:tcW w:w="1742" w:type="dxa"/>
          </w:tcPr>
          <w:p w14:paraId="1538CF39" w14:textId="77777777" w:rsidR="0087028B" w:rsidRDefault="00000000">
            <w:r>
              <w:rPr>
                <w:sz w:val="14"/>
              </w:rPr>
              <w:t>Gluten, Wheat, Eggs, Milk</w:t>
            </w:r>
          </w:p>
        </w:tc>
        <w:tc>
          <w:tcPr>
            <w:tcW w:w="1742" w:type="dxa"/>
          </w:tcPr>
          <w:p w14:paraId="3F726AD0" w14:textId="77777777" w:rsidR="0087028B" w:rsidRDefault="00000000">
            <w:r>
              <w:rPr>
                <w:sz w:val="14"/>
              </w:rPr>
              <w:t>Soya</w:t>
            </w:r>
          </w:p>
        </w:tc>
        <w:tc>
          <w:tcPr>
            <w:tcW w:w="1742" w:type="dxa"/>
          </w:tcPr>
          <w:p w14:paraId="237894BE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29.17</w:t>
            </w:r>
          </w:p>
        </w:tc>
        <w:tc>
          <w:tcPr>
            <w:tcW w:w="1742" w:type="dxa"/>
          </w:tcPr>
          <w:p w14:paraId="63EEF511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2.58</w:t>
            </w:r>
          </w:p>
        </w:tc>
        <w:tc>
          <w:tcPr>
            <w:tcW w:w="1742" w:type="dxa"/>
          </w:tcPr>
          <w:p w14:paraId="613C8848" w14:textId="77777777" w:rsidR="0087028B" w:rsidRDefault="00000000" w:rsidP="00362244">
            <w:pPr>
              <w:jc w:val="center"/>
            </w:pPr>
            <w:r>
              <w:rPr>
                <w:sz w:val="14"/>
              </w:rPr>
              <w:t>5.67</w:t>
            </w:r>
          </w:p>
        </w:tc>
      </w:tr>
    </w:tbl>
    <w:p w14:paraId="69E4A6A2" w14:textId="77777777" w:rsidR="0087028B" w:rsidRDefault="0087028B"/>
    <w:sectPr w:rsidR="0087028B" w:rsidSect="00034616">
      <w:pgSz w:w="16834" w:h="11909" w:orient="landscape"/>
      <w:pgMar w:top="648" w:right="576" w:bottom="64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1761526">
    <w:abstractNumId w:val="8"/>
  </w:num>
  <w:num w:numId="2" w16cid:durableId="1783303833">
    <w:abstractNumId w:val="6"/>
  </w:num>
  <w:num w:numId="3" w16cid:durableId="60955922">
    <w:abstractNumId w:val="5"/>
  </w:num>
  <w:num w:numId="4" w16cid:durableId="489248773">
    <w:abstractNumId w:val="4"/>
  </w:num>
  <w:num w:numId="5" w16cid:durableId="448356040">
    <w:abstractNumId w:val="7"/>
  </w:num>
  <w:num w:numId="6" w16cid:durableId="1768308000">
    <w:abstractNumId w:val="3"/>
  </w:num>
  <w:num w:numId="7" w16cid:durableId="2089644104">
    <w:abstractNumId w:val="2"/>
  </w:num>
  <w:num w:numId="8" w16cid:durableId="335424589">
    <w:abstractNumId w:val="1"/>
  </w:num>
  <w:num w:numId="9" w16cid:durableId="1344740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0B12"/>
    <w:rsid w:val="0029639D"/>
    <w:rsid w:val="00326F90"/>
    <w:rsid w:val="003477B2"/>
    <w:rsid w:val="00362244"/>
    <w:rsid w:val="0087028B"/>
    <w:rsid w:val="00AA1D8D"/>
    <w:rsid w:val="00B47730"/>
    <w:rsid w:val="00CB0664"/>
    <w:rsid w:val="00CD22D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1373A3"/>
  <w14:defaultImageDpi w14:val="300"/>
  <w15:docId w15:val="{E9AEECD8-1CA2-4887-8313-DA1B3968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Secondary Drinks &amp; Confectionary Accessible Version</dc:title>
  <dc:subject>Accessible menu and allergen information for website publication</dc:subject>
  <dc:creator>Falkirk Council Catering</dc:creator>
  <cp:keywords/>
  <dc:description>generated by python-docx</dc:description>
  <cp:lastModifiedBy>Carole Stevenson</cp:lastModifiedBy>
  <cp:revision>3</cp:revision>
  <dcterms:created xsi:type="dcterms:W3CDTF">2026-08-11T11:17:00Z</dcterms:created>
  <dcterms:modified xsi:type="dcterms:W3CDTF">2026-08-11T11:29:00Z</dcterms:modified>
  <cp:category/>
</cp:coreProperties>
</file>