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78EA" w14:textId="3D140C66" w:rsidR="00F72A8B" w:rsidRDefault="00000000">
      <w:pPr>
        <w:pStyle w:val="Heading1"/>
      </w:pPr>
      <w:r>
        <w:t>Snacks</w:t>
      </w:r>
    </w:p>
    <w:p w14:paraId="7D43A1A4" w14:textId="48032E4D" w:rsidR="00F72A8B" w:rsidRDefault="00000000">
      <w:r>
        <w:t>Customers with allergies or special dietary requirements should consult catering staff before purchase.</w:t>
      </w:r>
    </w:p>
    <w:p w14:paraId="269CFB5A" w14:textId="77777777" w:rsidR="00F72A8B" w:rsidRDefault="00000000">
      <w:pPr>
        <w:pStyle w:val="Heading2"/>
      </w:pPr>
      <w:r>
        <w:t>Pizza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7F81CB79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6F637F63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571AF50C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0379F68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30EB2EA6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4969764A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6DEBC282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0891D5F6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5DCA0506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2A2F9C09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47381A39" w14:textId="77777777">
        <w:trPr>
          <w:jc w:val="center"/>
        </w:trPr>
        <w:tc>
          <w:tcPr>
            <w:tcW w:w="1742" w:type="dxa"/>
          </w:tcPr>
          <w:p w14:paraId="3167E8BA" w14:textId="77777777" w:rsidR="00F72A8B" w:rsidRDefault="00000000">
            <w:r>
              <w:rPr>
                <w:sz w:val="14"/>
              </w:rPr>
              <w:t>126882 Cosmo Brown Spicy Chicken Pizzini 155g</w:t>
            </w:r>
          </w:p>
        </w:tc>
        <w:tc>
          <w:tcPr>
            <w:tcW w:w="1742" w:type="dxa"/>
          </w:tcPr>
          <w:p w14:paraId="7A58068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1DFE620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155</w:t>
            </w:r>
          </w:p>
        </w:tc>
        <w:tc>
          <w:tcPr>
            <w:tcW w:w="1742" w:type="dxa"/>
          </w:tcPr>
          <w:p w14:paraId="43034E0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319</w:t>
            </w:r>
          </w:p>
        </w:tc>
        <w:tc>
          <w:tcPr>
            <w:tcW w:w="1742" w:type="dxa"/>
          </w:tcPr>
          <w:p w14:paraId="70D5582D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43A4BD4B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1FEC55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38.75</w:t>
            </w:r>
          </w:p>
        </w:tc>
        <w:tc>
          <w:tcPr>
            <w:tcW w:w="1742" w:type="dxa"/>
          </w:tcPr>
          <w:p w14:paraId="45E5149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18.6</w:t>
            </w:r>
          </w:p>
        </w:tc>
        <w:tc>
          <w:tcPr>
            <w:tcW w:w="1742" w:type="dxa"/>
          </w:tcPr>
          <w:p w14:paraId="0054907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8.68</w:t>
            </w:r>
          </w:p>
        </w:tc>
      </w:tr>
      <w:tr w:rsidR="00F72A8B" w14:paraId="1873C081" w14:textId="77777777">
        <w:trPr>
          <w:jc w:val="center"/>
        </w:trPr>
        <w:tc>
          <w:tcPr>
            <w:tcW w:w="1742" w:type="dxa"/>
          </w:tcPr>
          <w:p w14:paraId="4E52DE7D" w14:textId="77777777" w:rsidR="00F72A8B" w:rsidRDefault="00000000">
            <w:r>
              <w:rPr>
                <w:sz w:val="14"/>
              </w:rPr>
              <w:t>103435 Cosmo Brown Cheese &amp; Tomato Pizzini 135g</w:t>
            </w:r>
          </w:p>
        </w:tc>
        <w:tc>
          <w:tcPr>
            <w:tcW w:w="1742" w:type="dxa"/>
          </w:tcPr>
          <w:p w14:paraId="5C2E4B3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77081C5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135</w:t>
            </w:r>
          </w:p>
        </w:tc>
        <w:tc>
          <w:tcPr>
            <w:tcW w:w="1742" w:type="dxa"/>
          </w:tcPr>
          <w:p w14:paraId="0D356CD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328</w:t>
            </w:r>
          </w:p>
        </w:tc>
        <w:tc>
          <w:tcPr>
            <w:tcW w:w="1742" w:type="dxa"/>
          </w:tcPr>
          <w:p w14:paraId="559D1F30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7C25F4A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6CE4E1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35.1</w:t>
            </w:r>
          </w:p>
        </w:tc>
        <w:tc>
          <w:tcPr>
            <w:tcW w:w="1742" w:type="dxa"/>
          </w:tcPr>
          <w:p w14:paraId="739752C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13.5</w:t>
            </w:r>
          </w:p>
        </w:tc>
        <w:tc>
          <w:tcPr>
            <w:tcW w:w="1742" w:type="dxa"/>
          </w:tcPr>
          <w:p w14:paraId="0F50590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14.85</w:t>
            </w:r>
          </w:p>
        </w:tc>
      </w:tr>
    </w:tbl>
    <w:p w14:paraId="247D200F" w14:textId="77777777" w:rsidR="00F72A8B" w:rsidRDefault="00000000">
      <w:pPr>
        <w:pStyle w:val="Heading2"/>
      </w:pPr>
      <w:r>
        <w:t>Pastry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4D5E7042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6F43A92D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11BE195D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4DFBB8F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562B2E52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519CE3AB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0AD6F5D6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73A1B6A1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1DE83EEB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71C27DBB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57FFC09A" w14:textId="77777777">
        <w:trPr>
          <w:jc w:val="center"/>
        </w:trPr>
        <w:tc>
          <w:tcPr>
            <w:tcW w:w="1742" w:type="dxa"/>
          </w:tcPr>
          <w:p w14:paraId="3B058199" w14:textId="77777777" w:rsidR="00F72A8B" w:rsidRDefault="00000000">
            <w:r>
              <w:rPr>
                <w:sz w:val="14"/>
              </w:rPr>
              <w:t>57091 Reduced Fat Scotch Pie</w:t>
            </w:r>
          </w:p>
        </w:tc>
        <w:tc>
          <w:tcPr>
            <w:tcW w:w="1742" w:type="dxa"/>
          </w:tcPr>
          <w:p w14:paraId="5D499A7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6BB7461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157</w:t>
            </w:r>
          </w:p>
        </w:tc>
        <w:tc>
          <w:tcPr>
            <w:tcW w:w="1742" w:type="dxa"/>
          </w:tcPr>
          <w:p w14:paraId="71095E3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323</w:t>
            </w:r>
          </w:p>
        </w:tc>
        <w:tc>
          <w:tcPr>
            <w:tcW w:w="1742" w:type="dxa"/>
          </w:tcPr>
          <w:p w14:paraId="0F7026BF" w14:textId="77777777" w:rsidR="00F72A8B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5C8B1ADE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F929A4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54.17</w:t>
            </w:r>
          </w:p>
        </w:tc>
        <w:tc>
          <w:tcPr>
            <w:tcW w:w="1742" w:type="dxa"/>
          </w:tcPr>
          <w:p w14:paraId="16366C2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11.46</w:t>
            </w:r>
          </w:p>
        </w:tc>
        <w:tc>
          <w:tcPr>
            <w:tcW w:w="1742" w:type="dxa"/>
          </w:tcPr>
          <w:p w14:paraId="40DF77B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6.91</w:t>
            </w:r>
          </w:p>
        </w:tc>
      </w:tr>
      <w:tr w:rsidR="00F72A8B" w14:paraId="7E66EFAB" w14:textId="77777777">
        <w:trPr>
          <w:jc w:val="center"/>
        </w:trPr>
        <w:tc>
          <w:tcPr>
            <w:tcW w:w="1742" w:type="dxa"/>
          </w:tcPr>
          <w:p w14:paraId="098CC517" w14:textId="77777777" w:rsidR="00F72A8B" w:rsidRDefault="00000000">
            <w:r>
              <w:rPr>
                <w:sz w:val="14"/>
              </w:rPr>
              <w:t>3634 Sysco Essentials 6'' Jumbo Sausage Rolls</w:t>
            </w:r>
          </w:p>
        </w:tc>
        <w:tc>
          <w:tcPr>
            <w:tcW w:w="1742" w:type="dxa"/>
          </w:tcPr>
          <w:p w14:paraId="7871C17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3F1808B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1812179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297</w:t>
            </w:r>
          </w:p>
        </w:tc>
        <w:tc>
          <w:tcPr>
            <w:tcW w:w="1742" w:type="dxa"/>
          </w:tcPr>
          <w:p w14:paraId="091FB28F" w14:textId="77777777" w:rsidR="00F72A8B" w:rsidRDefault="00000000">
            <w:r>
              <w:rPr>
                <w:sz w:val="14"/>
              </w:rPr>
              <w:t>Gluten, Wheat, Sulphites</w:t>
            </w:r>
          </w:p>
        </w:tc>
        <w:tc>
          <w:tcPr>
            <w:tcW w:w="1742" w:type="dxa"/>
          </w:tcPr>
          <w:p w14:paraId="2011BBFE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365C0E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26.78</w:t>
            </w:r>
          </w:p>
        </w:tc>
        <w:tc>
          <w:tcPr>
            <w:tcW w:w="1742" w:type="dxa"/>
          </w:tcPr>
          <w:p w14:paraId="51A688F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5.77</w:t>
            </w:r>
          </w:p>
        </w:tc>
        <w:tc>
          <w:tcPr>
            <w:tcW w:w="1742" w:type="dxa"/>
          </w:tcPr>
          <w:p w14:paraId="7CE1D2F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17.51</w:t>
            </w:r>
          </w:p>
        </w:tc>
      </w:tr>
      <w:tr w:rsidR="00F72A8B" w14:paraId="7CC96F68" w14:textId="77777777">
        <w:trPr>
          <w:jc w:val="center"/>
        </w:trPr>
        <w:tc>
          <w:tcPr>
            <w:tcW w:w="1742" w:type="dxa"/>
          </w:tcPr>
          <w:p w14:paraId="4E057E43" w14:textId="77777777" w:rsidR="00F72A8B" w:rsidRDefault="00000000">
            <w:r>
              <w:rPr>
                <w:sz w:val="14"/>
              </w:rPr>
              <w:t>129445 Simply Plant Based 6" Unbaked Vegan Sausage Roll</w:t>
            </w:r>
          </w:p>
        </w:tc>
        <w:tc>
          <w:tcPr>
            <w:tcW w:w="1742" w:type="dxa"/>
          </w:tcPr>
          <w:p w14:paraId="43C9B60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2C58A3F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120</w:t>
            </w:r>
          </w:p>
        </w:tc>
        <w:tc>
          <w:tcPr>
            <w:tcW w:w="1742" w:type="dxa"/>
          </w:tcPr>
          <w:p w14:paraId="5F967BB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379</w:t>
            </w:r>
          </w:p>
        </w:tc>
        <w:tc>
          <w:tcPr>
            <w:tcW w:w="1742" w:type="dxa"/>
          </w:tcPr>
          <w:p w14:paraId="2B14FE8A" w14:textId="77777777" w:rsidR="00F72A8B" w:rsidRDefault="00000000">
            <w:r>
              <w:rPr>
                <w:sz w:val="14"/>
              </w:rPr>
              <w:t>Gluten, Wheat, Barley, Soya</w:t>
            </w:r>
          </w:p>
        </w:tc>
        <w:tc>
          <w:tcPr>
            <w:tcW w:w="1742" w:type="dxa"/>
          </w:tcPr>
          <w:p w14:paraId="5F75AC8D" w14:textId="77777777" w:rsidR="00F72A8B" w:rsidRDefault="00000000">
            <w:r>
              <w:rPr>
                <w:sz w:val="14"/>
              </w:rPr>
              <w:t>Milk</w:t>
            </w:r>
          </w:p>
        </w:tc>
        <w:tc>
          <w:tcPr>
            <w:tcW w:w="1742" w:type="dxa"/>
          </w:tcPr>
          <w:p w14:paraId="406994C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32.4</w:t>
            </w:r>
          </w:p>
        </w:tc>
        <w:tc>
          <w:tcPr>
            <w:tcW w:w="1742" w:type="dxa"/>
          </w:tcPr>
          <w:p w14:paraId="2D7E9F2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9.84</w:t>
            </w:r>
          </w:p>
        </w:tc>
        <w:tc>
          <w:tcPr>
            <w:tcW w:w="1742" w:type="dxa"/>
          </w:tcPr>
          <w:p w14:paraId="6DAC0F0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22.8</w:t>
            </w:r>
          </w:p>
        </w:tc>
      </w:tr>
    </w:tbl>
    <w:p w14:paraId="4B1193DC" w14:textId="77777777" w:rsidR="00F72A8B" w:rsidRDefault="00000000">
      <w:pPr>
        <w:pStyle w:val="Heading2"/>
      </w:pPr>
      <w:r>
        <w:t>Hotdog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1BB4D47C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7C624259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609851F5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E8D0722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1357891B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20339DE9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773DC9F5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1879C5CD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12A5FE73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51F455E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553DD244" w14:textId="77777777">
        <w:trPr>
          <w:jc w:val="center"/>
        </w:trPr>
        <w:tc>
          <w:tcPr>
            <w:tcW w:w="1742" w:type="dxa"/>
          </w:tcPr>
          <w:p w14:paraId="03484868" w14:textId="77777777" w:rsidR="00F72A8B" w:rsidRDefault="00000000">
            <w:r>
              <w:rPr>
                <w:sz w:val="14"/>
              </w:rPr>
              <w:t>Rollover Chicken Hotdog</w:t>
            </w:r>
          </w:p>
        </w:tc>
        <w:tc>
          <w:tcPr>
            <w:tcW w:w="1742" w:type="dxa"/>
          </w:tcPr>
          <w:p w14:paraId="070E697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EF0D01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215</w:t>
            </w:r>
          </w:p>
        </w:tc>
        <w:tc>
          <w:tcPr>
            <w:tcW w:w="1742" w:type="dxa"/>
          </w:tcPr>
          <w:p w14:paraId="076C461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1204</w:t>
            </w:r>
          </w:p>
        </w:tc>
        <w:tc>
          <w:tcPr>
            <w:tcW w:w="1742" w:type="dxa"/>
          </w:tcPr>
          <w:p w14:paraId="5FC88916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2B3FF074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EF8555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149.21</w:t>
            </w:r>
          </w:p>
        </w:tc>
        <w:tc>
          <w:tcPr>
            <w:tcW w:w="1742" w:type="dxa"/>
          </w:tcPr>
          <w:p w14:paraId="27EF34E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52.03</w:t>
            </w:r>
          </w:p>
        </w:tc>
        <w:tc>
          <w:tcPr>
            <w:tcW w:w="1742" w:type="dxa"/>
          </w:tcPr>
          <w:p w14:paraId="1ECDB8F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42.57</w:t>
            </w:r>
          </w:p>
        </w:tc>
      </w:tr>
    </w:tbl>
    <w:p w14:paraId="09AEA842" w14:textId="77777777" w:rsidR="00F72A8B" w:rsidRDefault="00000000">
      <w:pPr>
        <w:pStyle w:val="Heading2"/>
      </w:pPr>
      <w:r>
        <w:t>Pasta King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4541FC70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0C79A4DA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31B5ED81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2B652B15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63328777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2483BAF8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6CA894A8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1A5BE5B2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5287B076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3A896DB1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57A4A19C" w14:textId="77777777">
        <w:trPr>
          <w:jc w:val="center"/>
        </w:trPr>
        <w:tc>
          <w:tcPr>
            <w:tcW w:w="1742" w:type="dxa"/>
          </w:tcPr>
          <w:p w14:paraId="0F7E2610" w14:textId="77777777" w:rsidR="00F72A8B" w:rsidRDefault="00000000">
            <w:r>
              <w:rPr>
                <w:sz w:val="14"/>
              </w:rPr>
              <w:t>Pasta King Italian Meatballs</w:t>
            </w:r>
          </w:p>
        </w:tc>
        <w:tc>
          <w:tcPr>
            <w:tcW w:w="1742" w:type="dxa"/>
          </w:tcPr>
          <w:p w14:paraId="7586F15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4E5023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360</w:t>
            </w:r>
          </w:p>
        </w:tc>
        <w:tc>
          <w:tcPr>
            <w:tcW w:w="1742" w:type="dxa"/>
          </w:tcPr>
          <w:p w14:paraId="7093355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909</w:t>
            </w:r>
          </w:p>
        </w:tc>
        <w:tc>
          <w:tcPr>
            <w:tcW w:w="1742" w:type="dxa"/>
          </w:tcPr>
          <w:p w14:paraId="5A718B37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50F6A3B5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20F331B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151.71</w:t>
            </w:r>
          </w:p>
        </w:tc>
        <w:tc>
          <w:tcPr>
            <w:tcW w:w="1742" w:type="dxa"/>
          </w:tcPr>
          <w:p w14:paraId="2CC726F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32.03</w:t>
            </w:r>
          </w:p>
        </w:tc>
        <w:tc>
          <w:tcPr>
            <w:tcW w:w="1742" w:type="dxa"/>
          </w:tcPr>
          <w:p w14:paraId="6F2E209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14.6</w:t>
            </w:r>
          </w:p>
        </w:tc>
      </w:tr>
      <w:tr w:rsidR="00F72A8B" w14:paraId="3D629BCA" w14:textId="77777777">
        <w:trPr>
          <w:jc w:val="center"/>
        </w:trPr>
        <w:tc>
          <w:tcPr>
            <w:tcW w:w="1742" w:type="dxa"/>
          </w:tcPr>
          <w:p w14:paraId="61D8C166" w14:textId="77777777" w:rsidR="00F72A8B" w:rsidRDefault="00000000">
            <w:r>
              <w:rPr>
                <w:sz w:val="14"/>
              </w:rPr>
              <w:t>Pasta King Pomodoro</w:t>
            </w:r>
          </w:p>
        </w:tc>
        <w:tc>
          <w:tcPr>
            <w:tcW w:w="1742" w:type="dxa"/>
          </w:tcPr>
          <w:p w14:paraId="53805D3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E83F34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360</w:t>
            </w:r>
          </w:p>
        </w:tc>
        <w:tc>
          <w:tcPr>
            <w:tcW w:w="1742" w:type="dxa"/>
          </w:tcPr>
          <w:p w14:paraId="271983E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860</w:t>
            </w:r>
          </w:p>
        </w:tc>
        <w:tc>
          <w:tcPr>
            <w:tcW w:w="1742" w:type="dxa"/>
          </w:tcPr>
          <w:p w14:paraId="18E6E25B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6C868CEE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00D9786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150.99</w:t>
            </w:r>
          </w:p>
        </w:tc>
        <w:tc>
          <w:tcPr>
            <w:tcW w:w="1742" w:type="dxa"/>
          </w:tcPr>
          <w:p w14:paraId="31EDD21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28.81</w:t>
            </w:r>
          </w:p>
        </w:tc>
        <w:tc>
          <w:tcPr>
            <w:tcW w:w="1742" w:type="dxa"/>
          </w:tcPr>
          <w:p w14:paraId="0BA1130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10.91</w:t>
            </w:r>
          </w:p>
        </w:tc>
      </w:tr>
      <w:tr w:rsidR="00F72A8B" w14:paraId="5AA86D7E" w14:textId="77777777">
        <w:trPr>
          <w:jc w:val="center"/>
        </w:trPr>
        <w:tc>
          <w:tcPr>
            <w:tcW w:w="1742" w:type="dxa"/>
          </w:tcPr>
          <w:p w14:paraId="0AFF59BC" w14:textId="77777777" w:rsidR="00F72A8B" w:rsidRDefault="00000000">
            <w:r>
              <w:rPr>
                <w:sz w:val="14"/>
              </w:rPr>
              <w:t>Pasta King Basilico</w:t>
            </w:r>
          </w:p>
        </w:tc>
        <w:tc>
          <w:tcPr>
            <w:tcW w:w="1742" w:type="dxa"/>
          </w:tcPr>
          <w:p w14:paraId="012225B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60D9B9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360</w:t>
            </w:r>
          </w:p>
        </w:tc>
        <w:tc>
          <w:tcPr>
            <w:tcW w:w="1742" w:type="dxa"/>
          </w:tcPr>
          <w:p w14:paraId="2317065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884</w:t>
            </w:r>
          </w:p>
        </w:tc>
        <w:tc>
          <w:tcPr>
            <w:tcW w:w="1742" w:type="dxa"/>
          </w:tcPr>
          <w:p w14:paraId="455A0636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29AD3154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744A2E4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151.26</w:t>
            </w:r>
          </w:p>
        </w:tc>
        <w:tc>
          <w:tcPr>
            <w:tcW w:w="1742" w:type="dxa"/>
          </w:tcPr>
          <w:p w14:paraId="5CDED7B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28.48</w:t>
            </w:r>
          </w:p>
        </w:tc>
        <w:tc>
          <w:tcPr>
            <w:tcW w:w="1742" w:type="dxa"/>
          </w:tcPr>
          <w:p w14:paraId="6C06C45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13.71</w:t>
            </w:r>
          </w:p>
        </w:tc>
      </w:tr>
      <w:tr w:rsidR="00F72A8B" w14:paraId="16BF47A2" w14:textId="77777777">
        <w:trPr>
          <w:jc w:val="center"/>
        </w:trPr>
        <w:tc>
          <w:tcPr>
            <w:tcW w:w="1742" w:type="dxa"/>
          </w:tcPr>
          <w:p w14:paraId="0A7D53B8" w14:textId="77777777" w:rsidR="00F72A8B" w:rsidRDefault="00000000">
            <w:r>
              <w:rPr>
                <w:sz w:val="14"/>
              </w:rPr>
              <w:t>Pasta King SK Makhani Chicken</w:t>
            </w:r>
          </w:p>
        </w:tc>
        <w:tc>
          <w:tcPr>
            <w:tcW w:w="1742" w:type="dxa"/>
          </w:tcPr>
          <w:p w14:paraId="05015E4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089EE7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330</w:t>
            </w:r>
          </w:p>
        </w:tc>
        <w:tc>
          <w:tcPr>
            <w:tcW w:w="1742" w:type="dxa"/>
          </w:tcPr>
          <w:p w14:paraId="668DC83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827</w:t>
            </w:r>
          </w:p>
        </w:tc>
        <w:tc>
          <w:tcPr>
            <w:tcW w:w="1742" w:type="dxa"/>
          </w:tcPr>
          <w:p w14:paraId="68477572" w14:textId="77777777" w:rsidR="00F72A8B" w:rsidRDefault="00000000">
            <w:r>
              <w:rPr>
                <w:sz w:val="14"/>
              </w:rPr>
              <w:t>Gluten, Wheat, Milk, Mustard</w:t>
            </w:r>
          </w:p>
        </w:tc>
        <w:tc>
          <w:tcPr>
            <w:tcW w:w="1742" w:type="dxa"/>
          </w:tcPr>
          <w:p w14:paraId="1871737A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5367D9B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150.01</w:t>
            </w:r>
          </w:p>
        </w:tc>
        <w:tc>
          <w:tcPr>
            <w:tcW w:w="1742" w:type="dxa"/>
          </w:tcPr>
          <w:p w14:paraId="5218763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24.82</w:t>
            </w:r>
          </w:p>
        </w:tc>
        <w:tc>
          <w:tcPr>
            <w:tcW w:w="1742" w:type="dxa"/>
          </w:tcPr>
          <w:p w14:paraId="0F7BAD9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13.02</w:t>
            </w:r>
          </w:p>
        </w:tc>
      </w:tr>
      <w:tr w:rsidR="00F72A8B" w14:paraId="2737555C" w14:textId="77777777">
        <w:trPr>
          <w:jc w:val="center"/>
        </w:trPr>
        <w:tc>
          <w:tcPr>
            <w:tcW w:w="1742" w:type="dxa"/>
          </w:tcPr>
          <w:p w14:paraId="432BDA28" w14:textId="77777777" w:rsidR="00F72A8B" w:rsidRDefault="00000000">
            <w:r>
              <w:rPr>
                <w:sz w:val="14"/>
              </w:rPr>
              <w:t>Pasta King Chicken Italiano</w:t>
            </w:r>
          </w:p>
        </w:tc>
        <w:tc>
          <w:tcPr>
            <w:tcW w:w="1742" w:type="dxa"/>
          </w:tcPr>
          <w:p w14:paraId="045D153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2047D6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360</w:t>
            </w:r>
          </w:p>
        </w:tc>
        <w:tc>
          <w:tcPr>
            <w:tcW w:w="1742" w:type="dxa"/>
          </w:tcPr>
          <w:p w14:paraId="014CCE9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895</w:t>
            </w:r>
          </w:p>
        </w:tc>
        <w:tc>
          <w:tcPr>
            <w:tcW w:w="1742" w:type="dxa"/>
          </w:tcPr>
          <w:p w14:paraId="7A9F14DB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43F012C2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6C0C773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150.15</w:t>
            </w:r>
          </w:p>
        </w:tc>
        <w:tc>
          <w:tcPr>
            <w:tcW w:w="1742" w:type="dxa"/>
          </w:tcPr>
          <w:p w14:paraId="3546518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33.35</w:t>
            </w:r>
          </w:p>
        </w:tc>
        <w:tc>
          <w:tcPr>
            <w:tcW w:w="1742" w:type="dxa"/>
          </w:tcPr>
          <w:p w14:paraId="65B3364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13.28</w:t>
            </w:r>
          </w:p>
        </w:tc>
      </w:tr>
      <w:tr w:rsidR="00F72A8B" w14:paraId="2771336E" w14:textId="77777777">
        <w:trPr>
          <w:jc w:val="center"/>
        </w:trPr>
        <w:tc>
          <w:tcPr>
            <w:tcW w:w="1742" w:type="dxa"/>
          </w:tcPr>
          <w:p w14:paraId="10D26A0A" w14:textId="77777777" w:rsidR="00F72A8B" w:rsidRDefault="00000000">
            <w:r>
              <w:rPr>
                <w:sz w:val="14"/>
              </w:rPr>
              <w:t>Pasta King SK Chicken Tika Masala</w:t>
            </w:r>
          </w:p>
        </w:tc>
        <w:tc>
          <w:tcPr>
            <w:tcW w:w="1742" w:type="dxa"/>
          </w:tcPr>
          <w:p w14:paraId="733ABD4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F7C16C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330</w:t>
            </w:r>
          </w:p>
        </w:tc>
        <w:tc>
          <w:tcPr>
            <w:tcW w:w="1742" w:type="dxa"/>
          </w:tcPr>
          <w:p w14:paraId="4681820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814</w:t>
            </w:r>
          </w:p>
        </w:tc>
        <w:tc>
          <w:tcPr>
            <w:tcW w:w="1742" w:type="dxa"/>
          </w:tcPr>
          <w:p w14:paraId="7165AB1E" w14:textId="77777777" w:rsidR="00F72A8B" w:rsidRDefault="00000000">
            <w:r>
              <w:rPr>
                <w:sz w:val="14"/>
              </w:rPr>
              <w:t>Gluten, Wheat, Milk, Mustard</w:t>
            </w:r>
          </w:p>
        </w:tc>
        <w:tc>
          <w:tcPr>
            <w:tcW w:w="1742" w:type="dxa"/>
          </w:tcPr>
          <w:p w14:paraId="64628BAB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3394FD0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148.75</w:t>
            </w:r>
          </w:p>
        </w:tc>
        <w:tc>
          <w:tcPr>
            <w:tcW w:w="1742" w:type="dxa"/>
          </w:tcPr>
          <w:p w14:paraId="75BB000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25.24</w:t>
            </w:r>
          </w:p>
        </w:tc>
        <w:tc>
          <w:tcPr>
            <w:tcW w:w="1742" w:type="dxa"/>
          </w:tcPr>
          <w:p w14:paraId="21FDFA1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11.9</w:t>
            </w:r>
          </w:p>
        </w:tc>
      </w:tr>
      <w:tr w:rsidR="00F72A8B" w14:paraId="341B8E12" w14:textId="77777777">
        <w:trPr>
          <w:jc w:val="center"/>
        </w:trPr>
        <w:tc>
          <w:tcPr>
            <w:tcW w:w="1742" w:type="dxa"/>
          </w:tcPr>
          <w:p w14:paraId="3CCED755" w14:textId="77777777" w:rsidR="00F72A8B" w:rsidRDefault="00000000">
            <w:r>
              <w:rPr>
                <w:sz w:val="14"/>
              </w:rPr>
              <w:t>Pasta King SK Vegetable Makhani</w:t>
            </w:r>
          </w:p>
        </w:tc>
        <w:tc>
          <w:tcPr>
            <w:tcW w:w="1742" w:type="dxa"/>
          </w:tcPr>
          <w:p w14:paraId="66279F9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92210D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330</w:t>
            </w:r>
          </w:p>
        </w:tc>
        <w:tc>
          <w:tcPr>
            <w:tcW w:w="1742" w:type="dxa"/>
          </w:tcPr>
          <w:p w14:paraId="4AEBD4C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791</w:t>
            </w:r>
          </w:p>
        </w:tc>
        <w:tc>
          <w:tcPr>
            <w:tcW w:w="1742" w:type="dxa"/>
          </w:tcPr>
          <w:p w14:paraId="544FA320" w14:textId="77777777" w:rsidR="00F72A8B" w:rsidRDefault="00000000">
            <w:r>
              <w:rPr>
                <w:sz w:val="14"/>
              </w:rPr>
              <w:t>Gluten, Wheat, Milk, Mustard</w:t>
            </w:r>
          </w:p>
        </w:tc>
        <w:tc>
          <w:tcPr>
            <w:tcW w:w="1742" w:type="dxa"/>
          </w:tcPr>
          <w:p w14:paraId="0E31D69F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29035CF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149.17</w:t>
            </w:r>
          </w:p>
        </w:tc>
        <w:tc>
          <w:tcPr>
            <w:tcW w:w="1742" w:type="dxa"/>
          </w:tcPr>
          <w:p w14:paraId="01133DD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17.4</w:t>
            </w:r>
          </w:p>
        </w:tc>
        <w:tc>
          <w:tcPr>
            <w:tcW w:w="1742" w:type="dxa"/>
          </w:tcPr>
          <w:p w14:paraId="5A38121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12.6</w:t>
            </w:r>
          </w:p>
        </w:tc>
      </w:tr>
      <w:tr w:rsidR="00F72A8B" w14:paraId="504FC54F" w14:textId="77777777">
        <w:trPr>
          <w:jc w:val="center"/>
        </w:trPr>
        <w:tc>
          <w:tcPr>
            <w:tcW w:w="1742" w:type="dxa"/>
          </w:tcPr>
          <w:p w14:paraId="20261BF0" w14:textId="77777777" w:rsidR="00F72A8B" w:rsidRDefault="00000000">
            <w:r>
              <w:rPr>
                <w:sz w:val="14"/>
              </w:rPr>
              <w:t>Pasta King SK Shredded Chilli Chicken</w:t>
            </w:r>
          </w:p>
        </w:tc>
        <w:tc>
          <w:tcPr>
            <w:tcW w:w="1742" w:type="dxa"/>
          </w:tcPr>
          <w:p w14:paraId="710A800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ADE957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330</w:t>
            </w:r>
          </w:p>
        </w:tc>
        <w:tc>
          <w:tcPr>
            <w:tcW w:w="1742" w:type="dxa"/>
          </w:tcPr>
          <w:p w14:paraId="0817BE2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749</w:t>
            </w:r>
          </w:p>
        </w:tc>
        <w:tc>
          <w:tcPr>
            <w:tcW w:w="1742" w:type="dxa"/>
          </w:tcPr>
          <w:p w14:paraId="11E5ED08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3CC2F4BE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1E33F6A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143.71</w:t>
            </w:r>
          </w:p>
        </w:tc>
        <w:tc>
          <w:tcPr>
            <w:tcW w:w="1742" w:type="dxa"/>
          </w:tcPr>
          <w:p w14:paraId="4A89AE5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22.3</w:t>
            </w:r>
          </w:p>
        </w:tc>
        <w:tc>
          <w:tcPr>
            <w:tcW w:w="1742" w:type="dxa"/>
          </w:tcPr>
          <w:p w14:paraId="1EF24BB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8.26</w:t>
            </w:r>
          </w:p>
        </w:tc>
      </w:tr>
    </w:tbl>
    <w:p w14:paraId="2813C02C" w14:textId="77777777" w:rsidR="00F72A8B" w:rsidRDefault="00000000">
      <w:pPr>
        <w:pStyle w:val="Heading2"/>
      </w:pPr>
      <w:r>
        <w:lastRenderedPageBreak/>
        <w:t>Sandwiches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173C69C4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18C01774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1C506AD9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541FD907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64D5C558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7800BF12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4FAF0A47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092A1FA3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300C5B86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651FFD11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145B9EAC" w14:textId="77777777">
        <w:trPr>
          <w:jc w:val="center"/>
        </w:trPr>
        <w:tc>
          <w:tcPr>
            <w:tcW w:w="1742" w:type="dxa"/>
          </w:tcPr>
          <w:p w14:paraId="03B24FF6" w14:textId="77777777" w:rsidR="00F72A8B" w:rsidRDefault="00000000">
            <w:r>
              <w:rPr>
                <w:sz w:val="14"/>
              </w:rPr>
              <w:t>Egg Mayo Sandwich HS</w:t>
            </w:r>
          </w:p>
        </w:tc>
        <w:tc>
          <w:tcPr>
            <w:tcW w:w="1742" w:type="dxa"/>
          </w:tcPr>
          <w:p w14:paraId="6AB235F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1CDBF1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149</w:t>
            </w:r>
          </w:p>
        </w:tc>
        <w:tc>
          <w:tcPr>
            <w:tcW w:w="1742" w:type="dxa"/>
          </w:tcPr>
          <w:p w14:paraId="5D27C3B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286</w:t>
            </w:r>
          </w:p>
        </w:tc>
        <w:tc>
          <w:tcPr>
            <w:tcW w:w="1742" w:type="dxa"/>
          </w:tcPr>
          <w:p w14:paraId="598B594E" w14:textId="77777777" w:rsidR="00F72A8B" w:rsidRDefault="00000000">
            <w:r>
              <w:rPr>
                <w:sz w:val="14"/>
              </w:rPr>
              <w:t>Gluten, Wheat, Eggs, Soya</w:t>
            </w:r>
          </w:p>
        </w:tc>
        <w:tc>
          <w:tcPr>
            <w:tcW w:w="1742" w:type="dxa"/>
          </w:tcPr>
          <w:p w14:paraId="51EDF6C7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1210A4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30.81</w:t>
            </w:r>
          </w:p>
        </w:tc>
        <w:tc>
          <w:tcPr>
            <w:tcW w:w="1742" w:type="dxa"/>
          </w:tcPr>
          <w:p w14:paraId="5B944BC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15.48</w:t>
            </w:r>
          </w:p>
        </w:tc>
        <w:tc>
          <w:tcPr>
            <w:tcW w:w="1742" w:type="dxa"/>
          </w:tcPr>
          <w:p w14:paraId="632B6F5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10.38</w:t>
            </w:r>
          </w:p>
        </w:tc>
      </w:tr>
      <w:tr w:rsidR="00F72A8B" w14:paraId="1C6B8387" w14:textId="77777777">
        <w:trPr>
          <w:jc w:val="center"/>
        </w:trPr>
        <w:tc>
          <w:tcPr>
            <w:tcW w:w="1742" w:type="dxa"/>
          </w:tcPr>
          <w:p w14:paraId="19E2F132" w14:textId="77777777" w:rsidR="00F72A8B" w:rsidRDefault="00000000">
            <w:r>
              <w:rPr>
                <w:sz w:val="14"/>
              </w:rPr>
              <w:t>Ham Sandwich HS</w:t>
            </w:r>
          </w:p>
        </w:tc>
        <w:tc>
          <w:tcPr>
            <w:tcW w:w="1742" w:type="dxa"/>
          </w:tcPr>
          <w:p w14:paraId="324BD44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21C25E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142</w:t>
            </w:r>
          </w:p>
        </w:tc>
        <w:tc>
          <w:tcPr>
            <w:tcW w:w="1742" w:type="dxa"/>
          </w:tcPr>
          <w:p w14:paraId="2CE5DA0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289</w:t>
            </w:r>
          </w:p>
        </w:tc>
        <w:tc>
          <w:tcPr>
            <w:tcW w:w="1742" w:type="dxa"/>
          </w:tcPr>
          <w:p w14:paraId="08EA9F68" w14:textId="77777777" w:rsidR="00F72A8B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2BF2103B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0656AC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30.35</w:t>
            </w:r>
          </w:p>
        </w:tc>
        <w:tc>
          <w:tcPr>
            <w:tcW w:w="1742" w:type="dxa"/>
          </w:tcPr>
          <w:p w14:paraId="4DBED2E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21.11</w:t>
            </w:r>
          </w:p>
        </w:tc>
        <w:tc>
          <w:tcPr>
            <w:tcW w:w="1742" w:type="dxa"/>
          </w:tcPr>
          <w:p w14:paraId="2CADA3A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8.44</w:t>
            </w:r>
          </w:p>
        </w:tc>
      </w:tr>
      <w:tr w:rsidR="00F72A8B" w14:paraId="1BEE4A83" w14:textId="77777777">
        <w:trPr>
          <w:jc w:val="center"/>
        </w:trPr>
        <w:tc>
          <w:tcPr>
            <w:tcW w:w="1742" w:type="dxa"/>
          </w:tcPr>
          <w:p w14:paraId="63A18751" w14:textId="77777777" w:rsidR="00F72A8B" w:rsidRDefault="00000000">
            <w:r>
              <w:rPr>
                <w:sz w:val="14"/>
              </w:rPr>
              <w:t>Ham Salad Sandwich HS</w:t>
            </w:r>
          </w:p>
        </w:tc>
        <w:tc>
          <w:tcPr>
            <w:tcW w:w="1742" w:type="dxa"/>
          </w:tcPr>
          <w:p w14:paraId="46D10DE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D0E80A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177</w:t>
            </w:r>
          </w:p>
        </w:tc>
        <w:tc>
          <w:tcPr>
            <w:tcW w:w="1742" w:type="dxa"/>
          </w:tcPr>
          <w:p w14:paraId="106B441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286</w:t>
            </w:r>
          </w:p>
        </w:tc>
        <w:tc>
          <w:tcPr>
            <w:tcW w:w="1742" w:type="dxa"/>
          </w:tcPr>
          <w:p w14:paraId="7E1F0422" w14:textId="77777777" w:rsidR="00F72A8B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06EE82E4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720261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29.09</w:t>
            </w:r>
          </w:p>
        </w:tc>
        <w:tc>
          <w:tcPr>
            <w:tcW w:w="1742" w:type="dxa"/>
          </w:tcPr>
          <w:p w14:paraId="7762223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21.54</w:t>
            </w:r>
          </w:p>
        </w:tc>
        <w:tc>
          <w:tcPr>
            <w:tcW w:w="1742" w:type="dxa"/>
          </w:tcPr>
          <w:p w14:paraId="0AC7540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8.44</w:t>
            </w:r>
          </w:p>
        </w:tc>
      </w:tr>
      <w:tr w:rsidR="00F72A8B" w14:paraId="7B63296F" w14:textId="77777777">
        <w:trPr>
          <w:jc w:val="center"/>
        </w:trPr>
        <w:tc>
          <w:tcPr>
            <w:tcW w:w="1742" w:type="dxa"/>
          </w:tcPr>
          <w:p w14:paraId="1FAD3425" w14:textId="77777777" w:rsidR="00F72A8B" w:rsidRDefault="00000000">
            <w:r>
              <w:rPr>
                <w:sz w:val="14"/>
              </w:rPr>
              <w:t>Cheese Sandwich HS</w:t>
            </w:r>
          </w:p>
        </w:tc>
        <w:tc>
          <w:tcPr>
            <w:tcW w:w="1742" w:type="dxa"/>
          </w:tcPr>
          <w:p w14:paraId="52B63DE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471347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75F75F0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451</w:t>
            </w:r>
          </w:p>
        </w:tc>
        <w:tc>
          <w:tcPr>
            <w:tcW w:w="1742" w:type="dxa"/>
          </w:tcPr>
          <w:p w14:paraId="2E054B30" w14:textId="77777777" w:rsidR="00F72A8B" w:rsidRDefault="00000000">
            <w:r>
              <w:rPr>
                <w:sz w:val="14"/>
              </w:rPr>
              <w:t>Gluten, Wheat, Milk, Soya</w:t>
            </w:r>
          </w:p>
        </w:tc>
        <w:tc>
          <w:tcPr>
            <w:tcW w:w="1742" w:type="dxa"/>
          </w:tcPr>
          <w:p w14:paraId="1C223A65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826F2E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28.07</w:t>
            </w:r>
          </w:p>
        </w:tc>
        <w:tc>
          <w:tcPr>
            <w:tcW w:w="1742" w:type="dxa"/>
          </w:tcPr>
          <w:p w14:paraId="394098C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21.3</w:t>
            </w:r>
          </w:p>
        </w:tc>
        <w:tc>
          <w:tcPr>
            <w:tcW w:w="1742" w:type="dxa"/>
          </w:tcPr>
          <w:p w14:paraId="7E32BBF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27.47</w:t>
            </w:r>
          </w:p>
        </w:tc>
      </w:tr>
      <w:tr w:rsidR="00F72A8B" w14:paraId="53BA4796" w14:textId="77777777">
        <w:trPr>
          <w:jc w:val="center"/>
        </w:trPr>
        <w:tc>
          <w:tcPr>
            <w:tcW w:w="1742" w:type="dxa"/>
          </w:tcPr>
          <w:p w14:paraId="263974A6" w14:textId="77777777" w:rsidR="00F72A8B" w:rsidRDefault="00000000">
            <w:r>
              <w:rPr>
                <w:sz w:val="14"/>
              </w:rPr>
              <w:t>Cheese Salad Sandwich HS</w:t>
            </w:r>
          </w:p>
        </w:tc>
        <w:tc>
          <w:tcPr>
            <w:tcW w:w="1742" w:type="dxa"/>
          </w:tcPr>
          <w:p w14:paraId="053CB86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57A444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177</w:t>
            </w:r>
          </w:p>
        </w:tc>
        <w:tc>
          <w:tcPr>
            <w:tcW w:w="1742" w:type="dxa"/>
          </w:tcPr>
          <w:p w14:paraId="3E9AD00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480</w:t>
            </w:r>
          </w:p>
        </w:tc>
        <w:tc>
          <w:tcPr>
            <w:tcW w:w="1742" w:type="dxa"/>
          </w:tcPr>
          <w:p w14:paraId="542B9421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6DE8BEF" w14:textId="77777777" w:rsidR="00F72A8B" w:rsidRDefault="00000000">
            <w:r>
              <w:rPr>
                <w:sz w:val="14"/>
              </w:rPr>
              <w:t>Eggs, Soya</w:t>
            </w:r>
          </w:p>
        </w:tc>
        <w:tc>
          <w:tcPr>
            <w:tcW w:w="1742" w:type="dxa"/>
          </w:tcPr>
          <w:p w14:paraId="42AB106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35.21</w:t>
            </w:r>
          </w:p>
        </w:tc>
        <w:tc>
          <w:tcPr>
            <w:tcW w:w="1742" w:type="dxa"/>
          </w:tcPr>
          <w:p w14:paraId="37A17C0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22.87</w:t>
            </w:r>
          </w:p>
        </w:tc>
        <w:tc>
          <w:tcPr>
            <w:tcW w:w="1742" w:type="dxa"/>
          </w:tcPr>
          <w:p w14:paraId="491F603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26.91</w:t>
            </w:r>
          </w:p>
        </w:tc>
      </w:tr>
      <w:tr w:rsidR="00F72A8B" w14:paraId="487D8786" w14:textId="77777777">
        <w:trPr>
          <w:jc w:val="center"/>
        </w:trPr>
        <w:tc>
          <w:tcPr>
            <w:tcW w:w="1742" w:type="dxa"/>
          </w:tcPr>
          <w:p w14:paraId="2C593523" w14:textId="77777777" w:rsidR="00F72A8B" w:rsidRDefault="00000000">
            <w:r>
              <w:rPr>
                <w:sz w:val="14"/>
              </w:rPr>
              <w:t>Cheese &amp; Ham Sandwich HS</w:t>
            </w:r>
          </w:p>
        </w:tc>
        <w:tc>
          <w:tcPr>
            <w:tcW w:w="1742" w:type="dxa"/>
          </w:tcPr>
          <w:p w14:paraId="75584BE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76545C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63336B4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364</w:t>
            </w:r>
          </w:p>
        </w:tc>
        <w:tc>
          <w:tcPr>
            <w:tcW w:w="1742" w:type="dxa"/>
          </w:tcPr>
          <w:p w14:paraId="46A6E678" w14:textId="77777777" w:rsidR="00F72A8B" w:rsidRDefault="00000000">
            <w:r>
              <w:rPr>
                <w:sz w:val="14"/>
              </w:rPr>
              <w:t>Gluten, Wheat, Milk, Soya</w:t>
            </w:r>
          </w:p>
        </w:tc>
        <w:tc>
          <w:tcPr>
            <w:tcW w:w="1742" w:type="dxa"/>
          </w:tcPr>
          <w:p w14:paraId="0BE47079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5BB947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28.16</w:t>
            </w:r>
          </w:p>
        </w:tc>
        <w:tc>
          <w:tcPr>
            <w:tcW w:w="1742" w:type="dxa"/>
          </w:tcPr>
          <w:p w14:paraId="183C8B0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20.97</w:t>
            </w:r>
          </w:p>
        </w:tc>
        <w:tc>
          <w:tcPr>
            <w:tcW w:w="1742" w:type="dxa"/>
          </w:tcPr>
          <w:p w14:paraId="65AD680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17.9</w:t>
            </w:r>
          </w:p>
        </w:tc>
      </w:tr>
      <w:tr w:rsidR="00F72A8B" w14:paraId="4CC36AD5" w14:textId="77777777">
        <w:trPr>
          <w:jc w:val="center"/>
        </w:trPr>
        <w:tc>
          <w:tcPr>
            <w:tcW w:w="1742" w:type="dxa"/>
          </w:tcPr>
          <w:p w14:paraId="12C5007D" w14:textId="77777777" w:rsidR="00F72A8B" w:rsidRDefault="00000000">
            <w:r>
              <w:rPr>
                <w:sz w:val="14"/>
              </w:rPr>
              <w:t>Chicken Sandwich HS</w:t>
            </w:r>
          </w:p>
        </w:tc>
        <w:tc>
          <w:tcPr>
            <w:tcW w:w="1742" w:type="dxa"/>
          </w:tcPr>
          <w:p w14:paraId="2AB088F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1831F2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2E4E260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260</w:t>
            </w:r>
          </w:p>
        </w:tc>
        <w:tc>
          <w:tcPr>
            <w:tcW w:w="1742" w:type="dxa"/>
          </w:tcPr>
          <w:p w14:paraId="0716C49A" w14:textId="77777777" w:rsidR="00F72A8B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0F80EF70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06E449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29.27</w:t>
            </w:r>
          </w:p>
        </w:tc>
        <w:tc>
          <w:tcPr>
            <w:tcW w:w="1742" w:type="dxa"/>
          </w:tcPr>
          <w:p w14:paraId="014A822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17.7</w:t>
            </w:r>
          </w:p>
        </w:tc>
        <w:tc>
          <w:tcPr>
            <w:tcW w:w="1742" w:type="dxa"/>
          </w:tcPr>
          <w:p w14:paraId="2270644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7.19</w:t>
            </w:r>
          </w:p>
        </w:tc>
      </w:tr>
      <w:tr w:rsidR="00F72A8B" w14:paraId="1C0CAFEF" w14:textId="77777777">
        <w:trPr>
          <w:jc w:val="center"/>
        </w:trPr>
        <w:tc>
          <w:tcPr>
            <w:tcW w:w="1742" w:type="dxa"/>
          </w:tcPr>
          <w:p w14:paraId="7FE64275" w14:textId="77777777" w:rsidR="00F72A8B" w:rsidRDefault="00000000">
            <w:r>
              <w:rPr>
                <w:sz w:val="14"/>
              </w:rPr>
              <w:t>Chicken Mayo Sandwich HS</w:t>
            </w:r>
          </w:p>
        </w:tc>
        <w:tc>
          <w:tcPr>
            <w:tcW w:w="1742" w:type="dxa"/>
          </w:tcPr>
          <w:p w14:paraId="3F90793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4861BD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127</w:t>
            </w:r>
          </w:p>
        </w:tc>
        <w:tc>
          <w:tcPr>
            <w:tcW w:w="1742" w:type="dxa"/>
          </w:tcPr>
          <w:p w14:paraId="47E745D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245</w:t>
            </w:r>
          </w:p>
        </w:tc>
        <w:tc>
          <w:tcPr>
            <w:tcW w:w="1742" w:type="dxa"/>
          </w:tcPr>
          <w:p w14:paraId="0E706763" w14:textId="77777777" w:rsidR="00F72A8B" w:rsidRDefault="00000000">
            <w:r>
              <w:rPr>
                <w:sz w:val="14"/>
              </w:rPr>
              <w:t>Gluten, Wheat, Eggs, Soya</w:t>
            </w:r>
          </w:p>
        </w:tc>
        <w:tc>
          <w:tcPr>
            <w:tcW w:w="1742" w:type="dxa"/>
          </w:tcPr>
          <w:p w14:paraId="093AFF9C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76CB17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28.96</w:t>
            </w:r>
          </w:p>
        </w:tc>
        <w:tc>
          <w:tcPr>
            <w:tcW w:w="1742" w:type="dxa"/>
          </w:tcPr>
          <w:p w14:paraId="5FE0884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16.05</w:t>
            </w:r>
          </w:p>
        </w:tc>
        <w:tc>
          <w:tcPr>
            <w:tcW w:w="1742" w:type="dxa"/>
          </w:tcPr>
          <w:p w14:paraId="43D9F80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6.47</w:t>
            </w:r>
          </w:p>
        </w:tc>
      </w:tr>
      <w:tr w:rsidR="00F72A8B" w14:paraId="789DA199" w14:textId="77777777">
        <w:trPr>
          <w:jc w:val="center"/>
        </w:trPr>
        <w:tc>
          <w:tcPr>
            <w:tcW w:w="1742" w:type="dxa"/>
          </w:tcPr>
          <w:p w14:paraId="2DC62EAE" w14:textId="77777777" w:rsidR="00F72A8B" w:rsidRDefault="00000000">
            <w:r>
              <w:rPr>
                <w:sz w:val="14"/>
              </w:rPr>
              <w:t>Chicken Salad Sandwich HS</w:t>
            </w:r>
          </w:p>
        </w:tc>
        <w:tc>
          <w:tcPr>
            <w:tcW w:w="1742" w:type="dxa"/>
          </w:tcPr>
          <w:p w14:paraId="26F98E4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ED4BF3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177</w:t>
            </w:r>
          </w:p>
        </w:tc>
        <w:tc>
          <w:tcPr>
            <w:tcW w:w="1742" w:type="dxa"/>
          </w:tcPr>
          <w:p w14:paraId="52B8975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268</w:t>
            </w:r>
          </w:p>
        </w:tc>
        <w:tc>
          <w:tcPr>
            <w:tcW w:w="1742" w:type="dxa"/>
          </w:tcPr>
          <w:p w14:paraId="0E93CAB1" w14:textId="77777777" w:rsidR="00F72A8B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56D39E19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F650EF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30.11</w:t>
            </w:r>
          </w:p>
        </w:tc>
        <w:tc>
          <w:tcPr>
            <w:tcW w:w="1742" w:type="dxa"/>
          </w:tcPr>
          <w:p w14:paraId="32FB99B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18.6</w:t>
            </w:r>
          </w:p>
        </w:tc>
        <w:tc>
          <w:tcPr>
            <w:tcW w:w="1742" w:type="dxa"/>
          </w:tcPr>
          <w:p w14:paraId="794574C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7.3</w:t>
            </w:r>
          </w:p>
        </w:tc>
      </w:tr>
      <w:tr w:rsidR="00F72A8B" w14:paraId="11CBE86A" w14:textId="77777777">
        <w:trPr>
          <w:jc w:val="center"/>
        </w:trPr>
        <w:tc>
          <w:tcPr>
            <w:tcW w:w="1742" w:type="dxa"/>
          </w:tcPr>
          <w:p w14:paraId="524D6A7C" w14:textId="77777777" w:rsidR="00F72A8B" w:rsidRDefault="00000000">
            <w:r>
              <w:rPr>
                <w:sz w:val="14"/>
              </w:rPr>
              <w:t>Turkey Sandwich HS</w:t>
            </w:r>
          </w:p>
        </w:tc>
        <w:tc>
          <w:tcPr>
            <w:tcW w:w="1742" w:type="dxa"/>
          </w:tcPr>
          <w:p w14:paraId="7EFAF34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C5401F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3DDD82C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259</w:t>
            </w:r>
          </w:p>
        </w:tc>
        <w:tc>
          <w:tcPr>
            <w:tcW w:w="1742" w:type="dxa"/>
          </w:tcPr>
          <w:p w14:paraId="75EE0E56" w14:textId="77777777" w:rsidR="00F72A8B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48A8EC7B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385129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29.27</w:t>
            </w:r>
          </w:p>
        </w:tc>
        <w:tc>
          <w:tcPr>
            <w:tcW w:w="1742" w:type="dxa"/>
          </w:tcPr>
          <w:p w14:paraId="7327C20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17.7</w:t>
            </w:r>
          </w:p>
        </w:tc>
        <w:tc>
          <w:tcPr>
            <w:tcW w:w="1742" w:type="dxa"/>
          </w:tcPr>
          <w:p w14:paraId="574BCB8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7.19</w:t>
            </w:r>
          </w:p>
        </w:tc>
      </w:tr>
      <w:tr w:rsidR="00F72A8B" w14:paraId="510ECFFF" w14:textId="77777777">
        <w:trPr>
          <w:jc w:val="center"/>
        </w:trPr>
        <w:tc>
          <w:tcPr>
            <w:tcW w:w="1742" w:type="dxa"/>
          </w:tcPr>
          <w:p w14:paraId="569FF356" w14:textId="77777777" w:rsidR="00F72A8B" w:rsidRDefault="00000000">
            <w:r>
              <w:rPr>
                <w:sz w:val="14"/>
              </w:rPr>
              <w:t>Turkey Salad Sandwich HS</w:t>
            </w:r>
          </w:p>
        </w:tc>
        <w:tc>
          <w:tcPr>
            <w:tcW w:w="1742" w:type="dxa"/>
          </w:tcPr>
          <w:p w14:paraId="5147195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FA4C69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177</w:t>
            </w:r>
          </w:p>
        </w:tc>
        <w:tc>
          <w:tcPr>
            <w:tcW w:w="1742" w:type="dxa"/>
          </w:tcPr>
          <w:p w14:paraId="5F62BB4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267</w:t>
            </w:r>
          </w:p>
        </w:tc>
        <w:tc>
          <w:tcPr>
            <w:tcW w:w="1742" w:type="dxa"/>
          </w:tcPr>
          <w:p w14:paraId="69B8B198" w14:textId="77777777" w:rsidR="00F72A8B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6D8203A2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FD261E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30.11</w:t>
            </w:r>
          </w:p>
        </w:tc>
        <w:tc>
          <w:tcPr>
            <w:tcW w:w="1742" w:type="dxa"/>
          </w:tcPr>
          <w:p w14:paraId="3501AA5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18.6</w:t>
            </w:r>
          </w:p>
        </w:tc>
        <w:tc>
          <w:tcPr>
            <w:tcW w:w="1742" w:type="dxa"/>
          </w:tcPr>
          <w:p w14:paraId="1BEF940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7.3</w:t>
            </w:r>
          </w:p>
        </w:tc>
      </w:tr>
      <w:tr w:rsidR="00F72A8B" w14:paraId="7ACF8FE5" w14:textId="77777777">
        <w:trPr>
          <w:jc w:val="center"/>
        </w:trPr>
        <w:tc>
          <w:tcPr>
            <w:tcW w:w="1742" w:type="dxa"/>
          </w:tcPr>
          <w:p w14:paraId="404E425A" w14:textId="77777777" w:rsidR="00F72A8B" w:rsidRDefault="00000000">
            <w:r>
              <w:rPr>
                <w:sz w:val="14"/>
              </w:rPr>
              <w:t>Tuna Mayo Sandwich HS</w:t>
            </w:r>
          </w:p>
        </w:tc>
        <w:tc>
          <w:tcPr>
            <w:tcW w:w="1742" w:type="dxa"/>
          </w:tcPr>
          <w:p w14:paraId="155452E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EFE654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127</w:t>
            </w:r>
          </w:p>
        </w:tc>
        <w:tc>
          <w:tcPr>
            <w:tcW w:w="1742" w:type="dxa"/>
          </w:tcPr>
          <w:p w14:paraId="608129F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240</w:t>
            </w:r>
          </w:p>
        </w:tc>
        <w:tc>
          <w:tcPr>
            <w:tcW w:w="1742" w:type="dxa"/>
          </w:tcPr>
          <w:p w14:paraId="5632DCC3" w14:textId="77777777" w:rsidR="00F72A8B" w:rsidRDefault="00000000">
            <w:r>
              <w:rPr>
                <w:sz w:val="14"/>
              </w:rPr>
              <w:t>Gluten, Wheat, Eggs, Fish, Soya</w:t>
            </w:r>
          </w:p>
        </w:tc>
        <w:tc>
          <w:tcPr>
            <w:tcW w:w="1742" w:type="dxa"/>
          </w:tcPr>
          <w:p w14:paraId="784C195A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A757CD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28.71</w:t>
            </w:r>
          </w:p>
        </w:tc>
        <w:tc>
          <w:tcPr>
            <w:tcW w:w="1742" w:type="dxa"/>
          </w:tcPr>
          <w:p w14:paraId="28433AB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18.85</w:t>
            </w:r>
          </w:p>
        </w:tc>
        <w:tc>
          <w:tcPr>
            <w:tcW w:w="1742" w:type="dxa"/>
          </w:tcPr>
          <w:p w14:paraId="36306CE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4.77</w:t>
            </w:r>
          </w:p>
        </w:tc>
      </w:tr>
      <w:tr w:rsidR="00F72A8B" w14:paraId="3C87A774" w14:textId="77777777">
        <w:trPr>
          <w:jc w:val="center"/>
        </w:trPr>
        <w:tc>
          <w:tcPr>
            <w:tcW w:w="1742" w:type="dxa"/>
          </w:tcPr>
          <w:p w14:paraId="07D02F31" w14:textId="77777777" w:rsidR="00F72A8B" w:rsidRDefault="00000000">
            <w:r>
              <w:rPr>
                <w:sz w:val="14"/>
              </w:rPr>
              <w:t>Tuna &amp; Sweetcorn Mayo Sandwich HS</w:t>
            </w:r>
          </w:p>
        </w:tc>
        <w:tc>
          <w:tcPr>
            <w:tcW w:w="1742" w:type="dxa"/>
          </w:tcPr>
          <w:p w14:paraId="58AF2CF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35CC21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127</w:t>
            </w:r>
          </w:p>
        </w:tc>
        <w:tc>
          <w:tcPr>
            <w:tcW w:w="1742" w:type="dxa"/>
          </w:tcPr>
          <w:p w14:paraId="288FD03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235</w:t>
            </w:r>
          </w:p>
        </w:tc>
        <w:tc>
          <w:tcPr>
            <w:tcW w:w="1742" w:type="dxa"/>
          </w:tcPr>
          <w:p w14:paraId="3032B2BB" w14:textId="77777777" w:rsidR="00F72A8B" w:rsidRDefault="00000000">
            <w:r>
              <w:rPr>
                <w:sz w:val="14"/>
              </w:rPr>
              <w:t>Gluten, Wheat, Eggs, Fish, Soya</w:t>
            </w:r>
          </w:p>
        </w:tc>
        <w:tc>
          <w:tcPr>
            <w:tcW w:w="1742" w:type="dxa"/>
          </w:tcPr>
          <w:p w14:paraId="23FF7BFD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B445A6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29.52</w:t>
            </w:r>
          </w:p>
        </w:tc>
        <w:tc>
          <w:tcPr>
            <w:tcW w:w="1742" w:type="dxa"/>
          </w:tcPr>
          <w:p w14:paraId="284CCB7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16.69</w:t>
            </w:r>
          </w:p>
        </w:tc>
        <w:tc>
          <w:tcPr>
            <w:tcW w:w="1742" w:type="dxa"/>
          </w:tcPr>
          <w:p w14:paraId="2525F72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4.85</w:t>
            </w:r>
          </w:p>
        </w:tc>
      </w:tr>
      <w:tr w:rsidR="00F72A8B" w14:paraId="544B1772" w14:textId="77777777">
        <w:trPr>
          <w:jc w:val="center"/>
        </w:trPr>
        <w:tc>
          <w:tcPr>
            <w:tcW w:w="1742" w:type="dxa"/>
          </w:tcPr>
          <w:p w14:paraId="3B2FD286" w14:textId="77777777" w:rsidR="00F72A8B" w:rsidRDefault="00000000">
            <w:r>
              <w:rPr>
                <w:sz w:val="14"/>
              </w:rPr>
              <w:t>Tuna Mayo Salad Sandwich HS</w:t>
            </w:r>
          </w:p>
        </w:tc>
        <w:tc>
          <w:tcPr>
            <w:tcW w:w="1742" w:type="dxa"/>
          </w:tcPr>
          <w:p w14:paraId="34AC402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F264AC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167</w:t>
            </w:r>
          </w:p>
        </w:tc>
        <w:tc>
          <w:tcPr>
            <w:tcW w:w="1742" w:type="dxa"/>
          </w:tcPr>
          <w:p w14:paraId="0B104F2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248</w:t>
            </w:r>
          </w:p>
        </w:tc>
        <w:tc>
          <w:tcPr>
            <w:tcW w:w="1742" w:type="dxa"/>
          </w:tcPr>
          <w:p w14:paraId="0BB932E2" w14:textId="77777777" w:rsidR="00F72A8B" w:rsidRDefault="00000000">
            <w:r>
              <w:rPr>
                <w:sz w:val="14"/>
              </w:rPr>
              <w:t>Gluten, Wheat, Eggs, Fish, Soya</w:t>
            </w:r>
          </w:p>
        </w:tc>
        <w:tc>
          <w:tcPr>
            <w:tcW w:w="1742" w:type="dxa"/>
          </w:tcPr>
          <w:p w14:paraId="5AE1C5EB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2729C9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29.55</w:t>
            </w:r>
          </w:p>
        </w:tc>
        <w:tc>
          <w:tcPr>
            <w:tcW w:w="1742" w:type="dxa"/>
          </w:tcPr>
          <w:p w14:paraId="21EE2CF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19.75</w:t>
            </w:r>
          </w:p>
        </w:tc>
        <w:tc>
          <w:tcPr>
            <w:tcW w:w="1742" w:type="dxa"/>
          </w:tcPr>
          <w:p w14:paraId="4940C17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4.88</w:t>
            </w:r>
          </w:p>
        </w:tc>
      </w:tr>
    </w:tbl>
    <w:p w14:paraId="25185EF8" w14:textId="77777777" w:rsidR="00F72A8B" w:rsidRDefault="00000000">
      <w:pPr>
        <w:pStyle w:val="Heading2"/>
      </w:pPr>
      <w:r>
        <w:t>Wraps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32BA10DA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330020DE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26F9B725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54F3DFC1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2ADBDCBC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4FAFE82B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2A6AAB97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59457DE5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59FBA351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25B52E33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22C182C3" w14:textId="77777777">
        <w:trPr>
          <w:jc w:val="center"/>
        </w:trPr>
        <w:tc>
          <w:tcPr>
            <w:tcW w:w="1742" w:type="dxa"/>
          </w:tcPr>
          <w:p w14:paraId="2725491F" w14:textId="77777777" w:rsidR="00F72A8B" w:rsidRDefault="00000000">
            <w:r>
              <w:rPr>
                <w:sz w:val="14"/>
              </w:rPr>
              <w:t>Ham Salad Wrap HS</w:t>
            </w:r>
          </w:p>
        </w:tc>
        <w:tc>
          <w:tcPr>
            <w:tcW w:w="1742" w:type="dxa"/>
          </w:tcPr>
          <w:p w14:paraId="5C73008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2E7315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172</w:t>
            </w:r>
          </w:p>
        </w:tc>
        <w:tc>
          <w:tcPr>
            <w:tcW w:w="1742" w:type="dxa"/>
          </w:tcPr>
          <w:p w14:paraId="3A5C1C8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316</w:t>
            </w:r>
          </w:p>
        </w:tc>
        <w:tc>
          <w:tcPr>
            <w:tcW w:w="1742" w:type="dxa"/>
          </w:tcPr>
          <w:p w14:paraId="7ABF965F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22F8BC37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B594DA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30.62</w:t>
            </w:r>
          </w:p>
        </w:tc>
        <w:tc>
          <w:tcPr>
            <w:tcW w:w="1742" w:type="dxa"/>
          </w:tcPr>
          <w:p w14:paraId="6C04673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20.6</w:t>
            </w:r>
          </w:p>
        </w:tc>
        <w:tc>
          <w:tcPr>
            <w:tcW w:w="1742" w:type="dxa"/>
          </w:tcPr>
          <w:p w14:paraId="7FF9871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11.78</w:t>
            </w:r>
          </w:p>
        </w:tc>
      </w:tr>
      <w:tr w:rsidR="00F72A8B" w14:paraId="116AE77D" w14:textId="77777777">
        <w:trPr>
          <w:jc w:val="center"/>
        </w:trPr>
        <w:tc>
          <w:tcPr>
            <w:tcW w:w="1742" w:type="dxa"/>
          </w:tcPr>
          <w:p w14:paraId="74C225DD" w14:textId="77777777" w:rsidR="00F72A8B" w:rsidRDefault="00000000">
            <w:r>
              <w:rPr>
                <w:sz w:val="14"/>
              </w:rPr>
              <w:t>Ham &amp; Coleslaw Wrap HS</w:t>
            </w:r>
          </w:p>
        </w:tc>
        <w:tc>
          <w:tcPr>
            <w:tcW w:w="1742" w:type="dxa"/>
          </w:tcPr>
          <w:p w14:paraId="573383D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E56F42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132</w:t>
            </w:r>
          </w:p>
        </w:tc>
        <w:tc>
          <w:tcPr>
            <w:tcW w:w="1742" w:type="dxa"/>
          </w:tcPr>
          <w:p w14:paraId="18E061F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308</w:t>
            </w:r>
          </w:p>
        </w:tc>
        <w:tc>
          <w:tcPr>
            <w:tcW w:w="1742" w:type="dxa"/>
          </w:tcPr>
          <w:p w14:paraId="731B21C3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72EB184B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00FE92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29.78</w:t>
            </w:r>
          </w:p>
        </w:tc>
        <w:tc>
          <w:tcPr>
            <w:tcW w:w="1742" w:type="dxa"/>
          </w:tcPr>
          <w:p w14:paraId="3D70A3B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19.7</w:t>
            </w:r>
          </w:p>
        </w:tc>
        <w:tc>
          <w:tcPr>
            <w:tcW w:w="1742" w:type="dxa"/>
          </w:tcPr>
          <w:p w14:paraId="254634F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11.67</w:t>
            </w:r>
          </w:p>
        </w:tc>
      </w:tr>
      <w:tr w:rsidR="00F72A8B" w14:paraId="67BE75BB" w14:textId="77777777">
        <w:trPr>
          <w:jc w:val="center"/>
        </w:trPr>
        <w:tc>
          <w:tcPr>
            <w:tcW w:w="1742" w:type="dxa"/>
          </w:tcPr>
          <w:p w14:paraId="4D3F4E46" w14:textId="77777777" w:rsidR="00F72A8B" w:rsidRDefault="00000000">
            <w:r>
              <w:rPr>
                <w:sz w:val="14"/>
              </w:rPr>
              <w:t>Cheese &amp; Coleslaw Wrap HS</w:t>
            </w:r>
          </w:p>
        </w:tc>
        <w:tc>
          <w:tcPr>
            <w:tcW w:w="1742" w:type="dxa"/>
          </w:tcPr>
          <w:p w14:paraId="10AA9F2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CA99A0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132</w:t>
            </w:r>
          </w:p>
        </w:tc>
        <w:tc>
          <w:tcPr>
            <w:tcW w:w="1742" w:type="dxa"/>
          </w:tcPr>
          <w:p w14:paraId="1187C59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481</w:t>
            </w:r>
          </w:p>
        </w:tc>
        <w:tc>
          <w:tcPr>
            <w:tcW w:w="1742" w:type="dxa"/>
          </w:tcPr>
          <w:p w14:paraId="20B49FE8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4C673D87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FB0515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29.6</w:t>
            </w:r>
          </w:p>
        </w:tc>
        <w:tc>
          <w:tcPr>
            <w:tcW w:w="1742" w:type="dxa"/>
          </w:tcPr>
          <w:p w14:paraId="1A2E372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20.37</w:t>
            </w:r>
          </w:p>
        </w:tc>
        <w:tc>
          <w:tcPr>
            <w:tcW w:w="1742" w:type="dxa"/>
          </w:tcPr>
          <w:p w14:paraId="7A0688E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30.81</w:t>
            </w:r>
          </w:p>
        </w:tc>
      </w:tr>
      <w:tr w:rsidR="00F72A8B" w14:paraId="62F7A99B" w14:textId="77777777">
        <w:trPr>
          <w:jc w:val="center"/>
        </w:trPr>
        <w:tc>
          <w:tcPr>
            <w:tcW w:w="1742" w:type="dxa"/>
          </w:tcPr>
          <w:p w14:paraId="10B77E26" w14:textId="77777777" w:rsidR="00F72A8B" w:rsidRDefault="00000000">
            <w:r>
              <w:rPr>
                <w:sz w:val="14"/>
              </w:rPr>
              <w:t>Cheese Wrap HS</w:t>
            </w:r>
          </w:p>
        </w:tc>
        <w:tc>
          <w:tcPr>
            <w:tcW w:w="1742" w:type="dxa"/>
          </w:tcPr>
          <w:p w14:paraId="6A6F2AE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5CDDB7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132</w:t>
            </w:r>
          </w:p>
        </w:tc>
        <w:tc>
          <w:tcPr>
            <w:tcW w:w="1742" w:type="dxa"/>
          </w:tcPr>
          <w:p w14:paraId="05699EF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481</w:t>
            </w:r>
          </w:p>
        </w:tc>
        <w:tc>
          <w:tcPr>
            <w:tcW w:w="1742" w:type="dxa"/>
          </w:tcPr>
          <w:p w14:paraId="4003C2FE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6B5C67A2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300982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29.6</w:t>
            </w:r>
          </w:p>
        </w:tc>
        <w:tc>
          <w:tcPr>
            <w:tcW w:w="1742" w:type="dxa"/>
          </w:tcPr>
          <w:p w14:paraId="58D9019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20.37</w:t>
            </w:r>
          </w:p>
        </w:tc>
        <w:tc>
          <w:tcPr>
            <w:tcW w:w="1742" w:type="dxa"/>
          </w:tcPr>
          <w:p w14:paraId="181E719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30.81</w:t>
            </w:r>
          </w:p>
        </w:tc>
      </w:tr>
      <w:tr w:rsidR="00F72A8B" w14:paraId="16F4A58D" w14:textId="77777777">
        <w:trPr>
          <w:jc w:val="center"/>
        </w:trPr>
        <w:tc>
          <w:tcPr>
            <w:tcW w:w="1742" w:type="dxa"/>
          </w:tcPr>
          <w:p w14:paraId="523288A8" w14:textId="77777777" w:rsidR="00F72A8B" w:rsidRDefault="00000000">
            <w:r>
              <w:rPr>
                <w:sz w:val="14"/>
              </w:rPr>
              <w:t>Cheese Salad Wrap HS</w:t>
            </w:r>
          </w:p>
        </w:tc>
        <w:tc>
          <w:tcPr>
            <w:tcW w:w="1742" w:type="dxa"/>
          </w:tcPr>
          <w:p w14:paraId="77B17DB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F30591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177</w:t>
            </w:r>
          </w:p>
        </w:tc>
        <w:tc>
          <w:tcPr>
            <w:tcW w:w="1742" w:type="dxa"/>
          </w:tcPr>
          <w:p w14:paraId="2CD6235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480</w:t>
            </w:r>
          </w:p>
        </w:tc>
        <w:tc>
          <w:tcPr>
            <w:tcW w:w="1742" w:type="dxa"/>
          </w:tcPr>
          <w:p w14:paraId="2E15A62E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F94FEB1" w14:textId="77777777" w:rsidR="00F72A8B" w:rsidRDefault="00000000">
            <w:r>
              <w:rPr>
                <w:sz w:val="14"/>
              </w:rPr>
              <w:t>Eggs, Soya</w:t>
            </w:r>
          </w:p>
        </w:tc>
        <w:tc>
          <w:tcPr>
            <w:tcW w:w="1742" w:type="dxa"/>
          </w:tcPr>
          <w:p w14:paraId="61FB86D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35.21</w:t>
            </w:r>
          </w:p>
        </w:tc>
        <w:tc>
          <w:tcPr>
            <w:tcW w:w="1742" w:type="dxa"/>
          </w:tcPr>
          <w:p w14:paraId="096FFAD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22.87</w:t>
            </w:r>
          </w:p>
        </w:tc>
        <w:tc>
          <w:tcPr>
            <w:tcW w:w="1742" w:type="dxa"/>
          </w:tcPr>
          <w:p w14:paraId="27F5ACD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26.91</w:t>
            </w:r>
          </w:p>
        </w:tc>
      </w:tr>
      <w:tr w:rsidR="00F72A8B" w14:paraId="6B8CBE07" w14:textId="77777777">
        <w:trPr>
          <w:jc w:val="center"/>
        </w:trPr>
        <w:tc>
          <w:tcPr>
            <w:tcW w:w="1742" w:type="dxa"/>
          </w:tcPr>
          <w:p w14:paraId="427FC5D9" w14:textId="77777777" w:rsidR="00F72A8B" w:rsidRDefault="00000000">
            <w:r>
              <w:rPr>
                <w:sz w:val="14"/>
              </w:rPr>
              <w:t>Cheese &amp; Ham Wrap HS</w:t>
            </w:r>
          </w:p>
        </w:tc>
        <w:tc>
          <w:tcPr>
            <w:tcW w:w="1742" w:type="dxa"/>
          </w:tcPr>
          <w:p w14:paraId="3AD5F57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D35C13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132</w:t>
            </w:r>
          </w:p>
        </w:tc>
        <w:tc>
          <w:tcPr>
            <w:tcW w:w="1742" w:type="dxa"/>
          </w:tcPr>
          <w:p w14:paraId="5241908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394</w:t>
            </w:r>
          </w:p>
        </w:tc>
        <w:tc>
          <w:tcPr>
            <w:tcW w:w="1742" w:type="dxa"/>
          </w:tcPr>
          <w:p w14:paraId="38516993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64BF589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B17470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29.69</w:t>
            </w:r>
          </w:p>
        </w:tc>
        <w:tc>
          <w:tcPr>
            <w:tcW w:w="1742" w:type="dxa"/>
          </w:tcPr>
          <w:p w14:paraId="570CFBE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20.04</w:t>
            </w:r>
          </w:p>
        </w:tc>
        <w:tc>
          <w:tcPr>
            <w:tcW w:w="1742" w:type="dxa"/>
          </w:tcPr>
          <w:p w14:paraId="2829ED9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21.24</w:t>
            </w:r>
          </w:p>
        </w:tc>
      </w:tr>
      <w:tr w:rsidR="00F72A8B" w14:paraId="75DE2B1C" w14:textId="77777777">
        <w:trPr>
          <w:jc w:val="center"/>
        </w:trPr>
        <w:tc>
          <w:tcPr>
            <w:tcW w:w="1742" w:type="dxa"/>
          </w:tcPr>
          <w:p w14:paraId="1162FC45" w14:textId="77777777" w:rsidR="00F72A8B" w:rsidRDefault="00000000">
            <w:r>
              <w:rPr>
                <w:sz w:val="14"/>
              </w:rPr>
              <w:t>BBQ Chicken Salad Wrap HS</w:t>
            </w:r>
          </w:p>
        </w:tc>
        <w:tc>
          <w:tcPr>
            <w:tcW w:w="1742" w:type="dxa"/>
          </w:tcPr>
          <w:p w14:paraId="1D74A1E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E75108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142</w:t>
            </w:r>
          </w:p>
        </w:tc>
        <w:tc>
          <w:tcPr>
            <w:tcW w:w="1742" w:type="dxa"/>
          </w:tcPr>
          <w:p w14:paraId="0C073E6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269</w:t>
            </w:r>
          </w:p>
        </w:tc>
        <w:tc>
          <w:tcPr>
            <w:tcW w:w="1742" w:type="dxa"/>
          </w:tcPr>
          <w:p w14:paraId="0CF16324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23750345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B0B217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34.15</w:t>
            </w:r>
          </w:p>
        </w:tc>
        <w:tc>
          <w:tcPr>
            <w:tcW w:w="1742" w:type="dxa"/>
          </w:tcPr>
          <w:p w14:paraId="550FC34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15.96</w:t>
            </w:r>
          </w:p>
        </w:tc>
        <w:tc>
          <w:tcPr>
            <w:tcW w:w="1742" w:type="dxa"/>
          </w:tcPr>
          <w:p w14:paraId="58C4181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7.11</w:t>
            </w:r>
          </w:p>
        </w:tc>
      </w:tr>
      <w:tr w:rsidR="00F72A8B" w14:paraId="40648B23" w14:textId="77777777">
        <w:trPr>
          <w:jc w:val="center"/>
        </w:trPr>
        <w:tc>
          <w:tcPr>
            <w:tcW w:w="1742" w:type="dxa"/>
          </w:tcPr>
          <w:p w14:paraId="6728C6CF" w14:textId="77777777" w:rsidR="00F72A8B" w:rsidRDefault="00000000">
            <w:r>
              <w:rPr>
                <w:sz w:val="14"/>
              </w:rPr>
              <w:t>Sweet Chilli Chicken Salad Wrap HS</w:t>
            </w:r>
          </w:p>
        </w:tc>
        <w:tc>
          <w:tcPr>
            <w:tcW w:w="1742" w:type="dxa"/>
          </w:tcPr>
          <w:p w14:paraId="225FD3E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1523E6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142</w:t>
            </w:r>
          </w:p>
        </w:tc>
        <w:tc>
          <w:tcPr>
            <w:tcW w:w="1742" w:type="dxa"/>
          </w:tcPr>
          <w:p w14:paraId="5B30F9A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273</w:t>
            </w:r>
          </w:p>
        </w:tc>
        <w:tc>
          <w:tcPr>
            <w:tcW w:w="1742" w:type="dxa"/>
          </w:tcPr>
          <w:p w14:paraId="00E6DF74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34171FCF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62C2AA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35.15</w:t>
            </w:r>
          </w:p>
        </w:tc>
        <w:tc>
          <w:tcPr>
            <w:tcW w:w="1742" w:type="dxa"/>
          </w:tcPr>
          <w:p w14:paraId="176D47F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15.83</w:t>
            </w:r>
          </w:p>
        </w:tc>
        <w:tc>
          <w:tcPr>
            <w:tcW w:w="1742" w:type="dxa"/>
          </w:tcPr>
          <w:p w14:paraId="566D766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7.08</w:t>
            </w:r>
          </w:p>
        </w:tc>
      </w:tr>
      <w:tr w:rsidR="00F72A8B" w14:paraId="19755FC1" w14:textId="77777777">
        <w:trPr>
          <w:jc w:val="center"/>
        </w:trPr>
        <w:tc>
          <w:tcPr>
            <w:tcW w:w="1742" w:type="dxa"/>
          </w:tcPr>
          <w:p w14:paraId="6C3A9441" w14:textId="77777777" w:rsidR="00F72A8B" w:rsidRDefault="00000000">
            <w:r>
              <w:rPr>
                <w:sz w:val="14"/>
              </w:rPr>
              <w:t>Turkey Salad Wrap HS</w:t>
            </w:r>
          </w:p>
        </w:tc>
        <w:tc>
          <w:tcPr>
            <w:tcW w:w="1742" w:type="dxa"/>
          </w:tcPr>
          <w:p w14:paraId="1E5679F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6912E5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172</w:t>
            </w:r>
          </w:p>
        </w:tc>
        <w:tc>
          <w:tcPr>
            <w:tcW w:w="1742" w:type="dxa"/>
          </w:tcPr>
          <w:p w14:paraId="3AAB183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298</w:t>
            </w:r>
          </w:p>
        </w:tc>
        <w:tc>
          <w:tcPr>
            <w:tcW w:w="1742" w:type="dxa"/>
          </w:tcPr>
          <w:p w14:paraId="50CBFB52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3C756BBB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FB2B0D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31.64</w:t>
            </w:r>
          </w:p>
        </w:tc>
        <w:tc>
          <w:tcPr>
            <w:tcW w:w="1742" w:type="dxa"/>
          </w:tcPr>
          <w:p w14:paraId="0536DBA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17.67</w:t>
            </w:r>
          </w:p>
        </w:tc>
        <w:tc>
          <w:tcPr>
            <w:tcW w:w="1742" w:type="dxa"/>
          </w:tcPr>
          <w:p w14:paraId="249594A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10.64</w:t>
            </w:r>
          </w:p>
        </w:tc>
      </w:tr>
      <w:tr w:rsidR="00F72A8B" w14:paraId="39566E65" w14:textId="77777777">
        <w:trPr>
          <w:jc w:val="center"/>
        </w:trPr>
        <w:tc>
          <w:tcPr>
            <w:tcW w:w="1742" w:type="dxa"/>
          </w:tcPr>
          <w:p w14:paraId="46E73DB7" w14:textId="77777777" w:rsidR="00F72A8B" w:rsidRDefault="00000000">
            <w:r>
              <w:rPr>
                <w:sz w:val="14"/>
              </w:rPr>
              <w:t>Tuna Mayo Wrap HS</w:t>
            </w:r>
          </w:p>
        </w:tc>
        <w:tc>
          <w:tcPr>
            <w:tcW w:w="1742" w:type="dxa"/>
          </w:tcPr>
          <w:p w14:paraId="30375DB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712ECD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122</w:t>
            </w:r>
          </w:p>
        </w:tc>
        <w:tc>
          <w:tcPr>
            <w:tcW w:w="1742" w:type="dxa"/>
          </w:tcPr>
          <w:p w14:paraId="0C1549F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27C2D88E" w14:textId="77777777" w:rsidR="00F72A8B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78FA7AED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C4AD0E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30.24</w:t>
            </w:r>
          </w:p>
        </w:tc>
        <w:tc>
          <w:tcPr>
            <w:tcW w:w="1742" w:type="dxa"/>
          </w:tcPr>
          <w:p w14:paraId="1D3D230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17.92</w:t>
            </w:r>
          </w:p>
        </w:tc>
        <w:tc>
          <w:tcPr>
            <w:tcW w:w="1742" w:type="dxa"/>
          </w:tcPr>
          <w:p w14:paraId="4D75C01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8.11</w:t>
            </w:r>
          </w:p>
        </w:tc>
      </w:tr>
      <w:tr w:rsidR="00F72A8B" w14:paraId="53D2C6B0" w14:textId="77777777">
        <w:trPr>
          <w:jc w:val="center"/>
        </w:trPr>
        <w:tc>
          <w:tcPr>
            <w:tcW w:w="1742" w:type="dxa"/>
          </w:tcPr>
          <w:p w14:paraId="43D5FC32" w14:textId="77777777" w:rsidR="00F72A8B" w:rsidRDefault="00000000">
            <w:r>
              <w:rPr>
                <w:sz w:val="14"/>
              </w:rPr>
              <w:t>Chicken Mayo Wrap HS</w:t>
            </w:r>
          </w:p>
        </w:tc>
        <w:tc>
          <w:tcPr>
            <w:tcW w:w="1742" w:type="dxa"/>
          </w:tcPr>
          <w:p w14:paraId="0338EC6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9D1BD8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122</w:t>
            </w:r>
          </w:p>
        </w:tc>
        <w:tc>
          <w:tcPr>
            <w:tcW w:w="1742" w:type="dxa"/>
          </w:tcPr>
          <w:p w14:paraId="3E61A26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275</w:t>
            </w:r>
          </w:p>
        </w:tc>
        <w:tc>
          <w:tcPr>
            <w:tcW w:w="1742" w:type="dxa"/>
          </w:tcPr>
          <w:p w14:paraId="42A0A555" w14:textId="77777777" w:rsidR="00F72A8B" w:rsidRDefault="00000000">
            <w:r>
              <w:rPr>
                <w:sz w:val="14"/>
              </w:rPr>
              <w:t>Gluten, Wheat, Eggs</w:t>
            </w:r>
          </w:p>
        </w:tc>
        <w:tc>
          <w:tcPr>
            <w:tcW w:w="1742" w:type="dxa"/>
          </w:tcPr>
          <w:p w14:paraId="27F38C24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55407E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30.49</w:t>
            </w:r>
          </w:p>
        </w:tc>
        <w:tc>
          <w:tcPr>
            <w:tcW w:w="1742" w:type="dxa"/>
          </w:tcPr>
          <w:p w14:paraId="43BF5BE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15.12</w:t>
            </w:r>
          </w:p>
        </w:tc>
        <w:tc>
          <w:tcPr>
            <w:tcW w:w="1742" w:type="dxa"/>
          </w:tcPr>
          <w:p w14:paraId="1F351E2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9.81</w:t>
            </w:r>
          </w:p>
        </w:tc>
      </w:tr>
      <w:tr w:rsidR="00F72A8B" w14:paraId="3487E4A3" w14:textId="77777777">
        <w:trPr>
          <w:jc w:val="center"/>
        </w:trPr>
        <w:tc>
          <w:tcPr>
            <w:tcW w:w="1742" w:type="dxa"/>
          </w:tcPr>
          <w:p w14:paraId="581D25D4" w14:textId="77777777" w:rsidR="00F72A8B" w:rsidRDefault="00000000">
            <w:r>
              <w:rPr>
                <w:sz w:val="14"/>
              </w:rPr>
              <w:t>Chicken Salad Wrap HS</w:t>
            </w:r>
          </w:p>
        </w:tc>
        <w:tc>
          <w:tcPr>
            <w:tcW w:w="1742" w:type="dxa"/>
          </w:tcPr>
          <w:p w14:paraId="7141125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868F1F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172</w:t>
            </w:r>
          </w:p>
        </w:tc>
        <w:tc>
          <w:tcPr>
            <w:tcW w:w="1742" w:type="dxa"/>
          </w:tcPr>
          <w:p w14:paraId="1D17554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299</w:t>
            </w:r>
          </w:p>
        </w:tc>
        <w:tc>
          <w:tcPr>
            <w:tcW w:w="1742" w:type="dxa"/>
          </w:tcPr>
          <w:p w14:paraId="232FD971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7DB58A8E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89166D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31.8</w:t>
            </w:r>
          </w:p>
        </w:tc>
        <w:tc>
          <w:tcPr>
            <w:tcW w:w="1742" w:type="dxa"/>
          </w:tcPr>
          <w:p w14:paraId="3D24211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17.69</w:t>
            </w:r>
          </w:p>
        </w:tc>
        <w:tc>
          <w:tcPr>
            <w:tcW w:w="1742" w:type="dxa"/>
          </w:tcPr>
          <w:p w14:paraId="2E169CB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10.67</w:t>
            </w:r>
          </w:p>
        </w:tc>
      </w:tr>
      <w:tr w:rsidR="00F72A8B" w14:paraId="355AEA55" w14:textId="77777777">
        <w:trPr>
          <w:jc w:val="center"/>
        </w:trPr>
        <w:tc>
          <w:tcPr>
            <w:tcW w:w="1742" w:type="dxa"/>
          </w:tcPr>
          <w:p w14:paraId="5C5B2338" w14:textId="77777777" w:rsidR="00F72A8B" w:rsidRDefault="00000000">
            <w:r>
              <w:rPr>
                <w:sz w:val="14"/>
              </w:rPr>
              <w:t>Chicken &amp; Coleslaw Wrap HS</w:t>
            </w:r>
          </w:p>
        </w:tc>
        <w:tc>
          <w:tcPr>
            <w:tcW w:w="1742" w:type="dxa"/>
          </w:tcPr>
          <w:p w14:paraId="2F630BA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5C336F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182</w:t>
            </w:r>
          </w:p>
        </w:tc>
        <w:tc>
          <w:tcPr>
            <w:tcW w:w="1742" w:type="dxa"/>
          </w:tcPr>
          <w:p w14:paraId="2D1FD8F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332</w:t>
            </w:r>
          </w:p>
        </w:tc>
        <w:tc>
          <w:tcPr>
            <w:tcW w:w="1742" w:type="dxa"/>
          </w:tcPr>
          <w:p w14:paraId="39D3BA59" w14:textId="77777777" w:rsidR="00F72A8B" w:rsidRDefault="00000000">
            <w:r>
              <w:rPr>
                <w:sz w:val="14"/>
              </w:rPr>
              <w:t>Gluten, Wheat, Eggs</w:t>
            </w:r>
          </w:p>
        </w:tc>
        <w:tc>
          <w:tcPr>
            <w:tcW w:w="1742" w:type="dxa"/>
          </w:tcPr>
          <w:p w14:paraId="0AA0C5C5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4CFDD7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33.88</w:t>
            </w:r>
          </w:p>
        </w:tc>
        <w:tc>
          <w:tcPr>
            <w:tcW w:w="1742" w:type="dxa"/>
          </w:tcPr>
          <w:p w14:paraId="456F582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17.27</w:t>
            </w:r>
          </w:p>
        </w:tc>
        <w:tc>
          <w:tcPr>
            <w:tcW w:w="1742" w:type="dxa"/>
          </w:tcPr>
          <w:p w14:paraId="5B96703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13.42</w:t>
            </w:r>
          </w:p>
        </w:tc>
      </w:tr>
    </w:tbl>
    <w:p w14:paraId="4C97923B" w14:textId="77777777" w:rsidR="00E94AF2" w:rsidRDefault="00E94AF2">
      <w:pPr>
        <w:pStyle w:val="Heading2"/>
      </w:pPr>
    </w:p>
    <w:p w14:paraId="25827624" w14:textId="77777777" w:rsidR="00E94AF2" w:rsidRDefault="00E94AF2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6"/>
        </w:rPr>
      </w:pPr>
      <w:r>
        <w:br w:type="page"/>
      </w:r>
    </w:p>
    <w:p w14:paraId="45D24A28" w14:textId="6DD1D26C" w:rsidR="00F72A8B" w:rsidRDefault="00000000">
      <w:pPr>
        <w:pStyle w:val="Heading2"/>
      </w:pPr>
      <w:r>
        <w:lastRenderedPageBreak/>
        <w:t>Pasta Salad Box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6494B193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2F73B7E6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0562C475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39175E13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5080C0C3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766FEC14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3EC0A30B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7F3BA67F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2E6F5D9C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166ECBD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53E7A50D" w14:textId="77777777">
        <w:trPr>
          <w:jc w:val="center"/>
        </w:trPr>
        <w:tc>
          <w:tcPr>
            <w:tcW w:w="1742" w:type="dxa"/>
          </w:tcPr>
          <w:p w14:paraId="376D46F8" w14:textId="77777777" w:rsidR="00F72A8B" w:rsidRDefault="00000000">
            <w:r>
              <w:rPr>
                <w:sz w:val="14"/>
              </w:rPr>
              <w:t>Ham Pasta Salad HS</w:t>
            </w:r>
          </w:p>
        </w:tc>
        <w:tc>
          <w:tcPr>
            <w:tcW w:w="1742" w:type="dxa"/>
          </w:tcPr>
          <w:p w14:paraId="764872F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46FEDA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220</w:t>
            </w:r>
          </w:p>
        </w:tc>
        <w:tc>
          <w:tcPr>
            <w:tcW w:w="1742" w:type="dxa"/>
          </w:tcPr>
          <w:p w14:paraId="64FE3EF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202</w:t>
            </w:r>
          </w:p>
        </w:tc>
        <w:tc>
          <w:tcPr>
            <w:tcW w:w="1742" w:type="dxa"/>
          </w:tcPr>
          <w:p w14:paraId="08C3901C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517C42FC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7229BF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24.88</w:t>
            </w:r>
          </w:p>
        </w:tc>
        <w:tc>
          <w:tcPr>
            <w:tcW w:w="1742" w:type="dxa"/>
          </w:tcPr>
          <w:p w14:paraId="75C5DAB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18.9</w:t>
            </w:r>
          </w:p>
        </w:tc>
        <w:tc>
          <w:tcPr>
            <w:tcW w:w="1742" w:type="dxa"/>
          </w:tcPr>
          <w:p w14:paraId="4265BBE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2.58</w:t>
            </w:r>
          </w:p>
        </w:tc>
      </w:tr>
      <w:tr w:rsidR="00F72A8B" w14:paraId="60409F4F" w14:textId="77777777">
        <w:trPr>
          <w:jc w:val="center"/>
        </w:trPr>
        <w:tc>
          <w:tcPr>
            <w:tcW w:w="1742" w:type="dxa"/>
          </w:tcPr>
          <w:p w14:paraId="78B3CCC5" w14:textId="77777777" w:rsidR="00F72A8B" w:rsidRDefault="00000000">
            <w:r>
              <w:rPr>
                <w:sz w:val="14"/>
              </w:rPr>
              <w:t>Cheese Pasta Salad HS</w:t>
            </w:r>
          </w:p>
        </w:tc>
        <w:tc>
          <w:tcPr>
            <w:tcW w:w="1742" w:type="dxa"/>
          </w:tcPr>
          <w:p w14:paraId="24C394B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E2DAAD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220</w:t>
            </w:r>
          </w:p>
        </w:tc>
        <w:tc>
          <w:tcPr>
            <w:tcW w:w="1742" w:type="dxa"/>
          </w:tcPr>
          <w:p w14:paraId="38FEE87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376</w:t>
            </w:r>
          </w:p>
        </w:tc>
        <w:tc>
          <w:tcPr>
            <w:tcW w:w="1742" w:type="dxa"/>
          </w:tcPr>
          <w:p w14:paraId="2628330F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6F3B9186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B4AC20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24.7</w:t>
            </w:r>
          </w:p>
        </w:tc>
        <w:tc>
          <w:tcPr>
            <w:tcW w:w="1742" w:type="dxa"/>
          </w:tcPr>
          <w:p w14:paraId="5E028C9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19.56</w:t>
            </w:r>
          </w:p>
        </w:tc>
        <w:tc>
          <w:tcPr>
            <w:tcW w:w="1742" w:type="dxa"/>
          </w:tcPr>
          <w:p w14:paraId="22D854F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21.72</w:t>
            </w:r>
          </w:p>
        </w:tc>
      </w:tr>
      <w:tr w:rsidR="00F72A8B" w14:paraId="6D9F62C7" w14:textId="77777777">
        <w:trPr>
          <w:jc w:val="center"/>
        </w:trPr>
        <w:tc>
          <w:tcPr>
            <w:tcW w:w="1742" w:type="dxa"/>
          </w:tcPr>
          <w:p w14:paraId="2A2C8526" w14:textId="77777777" w:rsidR="00F72A8B" w:rsidRDefault="00000000">
            <w:r>
              <w:rPr>
                <w:sz w:val="14"/>
              </w:rPr>
              <w:t>Tuna Pasta Salad HS</w:t>
            </w:r>
          </w:p>
        </w:tc>
        <w:tc>
          <w:tcPr>
            <w:tcW w:w="1742" w:type="dxa"/>
          </w:tcPr>
          <w:p w14:paraId="08FCC86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4A15A8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220</w:t>
            </w:r>
          </w:p>
        </w:tc>
        <w:tc>
          <w:tcPr>
            <w:tcW w:w="1742" w:type="dxa"/>
          </w:tcPr>
          <w:p w14:paraId="1D1AECF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192</w:t>
            </w:r>
          </w:p>
        </w:tc>
        <w:tc>
          <w:tcPr>
            <w:tcW w:w="1742" w:type="dxa"/>
          </w:tcPr>
          <w:p w14:paraId="2D00DC14" w14:textId="77777777" w:rsidR="00F72A8B" w:rsidRDefault="00000000">
            <w:r>
              <w:rPr>
                <w:sz w:val="14"/>
              </w:rPr>
              <w:t>Gluten, Wheat, Fish</w:t>
            </w:r>
          </w:p>
        </w:tc>
        <w:tc>
          <w:tcPr>
            <w:tcW w:w="1742" w:type="dxa"/>
          </w:tcPr>
          <w:p w14:paraId="1507AEC7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2C8D50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24.7</w:t>
            </w:r>
          </w:p>
        </w:tc>
        <w:tc>
          <w:tcPr>
            <w:tcW w:w="1742" w:type="dxa"/>
          </w:tcPr>
          <w:p w14:paraId="4DA0FAA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19.56</w:t>
            </w:r>
          </w:p>
        </w:tc>
        <w:tc>
          <w:tcPr>
            <w:tcW w:w="1742" w:type="dxa"/>
          </w:tcPr>
          <w:p w14:paraId="33BCD0B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1.32</w:t>
            </w:r>
          </w:p>
        </w:tc>
      </w:tr>
      <w:tr w:rsidR="00F72A8B" w14:paraId="136E2BFC" w14:textId="77777777">
        <w:trPr>
          <w:jc w:val="center"/>
        </w:trPr>
        <w:tc>
          <w:tcPr>
            <w:tcW w:w="1742" w:type="dxa"/>
          </w:tcPr>
          <w:p w14:paraId="169D60E2" w14:textId="77777777" w:rsidR="00F72A8B" w:rsidRDefault="00000000">
            <w:r>
              <w:rPr>
                <w:sz w:val="14"/>
              </w:rPr>
              <w:t>Sweet Chilli Chicken Pasta Salad HS</w:t>
            </w:r>
          </w:p>
        </w:tc>
        <w:tc>
          <w:tcPr>
            <w:tcW w:w="1742" w:type="dxa"/>
          </w:tcPr>
          <w:p w14:paraId="2E9A89D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9A7628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220</w:t>
            </w:r>
          </w:p>
        </w:tc>
        <w:tc>
          <w:tcPr>
            <w:tcW w:w="1742" w:type="dxa"/>
          </w:tcPr>
          <w:p w14:paraId="257C02A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206</w:t>
            </w:r>
          </w:p>
        </w:tc>
        <w:tc>
          <w:tcPr>
            <w:tcW w:w="1742" w:type="dxa"/>
          </w:tcPr>
          <w:p w14:paraId="217E9544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103107F4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40AE29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29.75</w:t>
            </w:r>
          </w:p>
        </w:tc>
        <w:tc>
          <w:tcPr>
            <w:tcW w:w="1742" w:type="dxa"/>
          </w:tcPr>
          <w:p w14:paraId="70A3E1F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14.26</w:t>
            </w:r>
          </w:p>
        </w:tc>
        <w:tc>
          <w:tcPr>
            <w:tcW w:w="1742" w:type="dxa"/>
          </w:tcPr>
          <w:p w14:paraId="5A1FDD0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2.92</w:t>
            </w:r>
          </w:p>
        </w:tc>
      </w:tr>
      <w:tr w:rsidR="00F72A8B" w14:paraId="2D731134" w14:textId="77777777">
        <w:trPr>
          <w:jc w:val="center"/>
        </w:trPr>
        <w:tc>
          <w:tcPr>
            <w:tcW w:w="1742" w:type="dxa"/>
          </w:tcPr>
          <w:p w14:paraId="049A1401" w14:textId="77777777" w:rsidR="00F72A8B" w:rsidRDefault="00000000">
            <w:r>
              <w:rPr>
                <w:sz w:val="14"/>
              </w:rPr>
              <w:t>Chicken Mayo Pasta Salad HS</w:t>
            </w:r>
          </w:p>
        </w:tc>
        <w:tc>
          <w:tcPr>
            <w:tcW w:w="1742" w:type="dxa"/>
          </w:tcPr>
          <w:p w14:paraId="25FE195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01F1A8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220</w:t>
            </w:r>
          </w:p>
        </w:tc>
        <w:tc>
          <w:tcPr>
            <w:tcW w:w="1742" w:type="dxa"/>
          </w:tcPr>
          <w:p w14:paraId="6449E43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215</w:t>
            </w:r>
          </w:p>
        </w:tc>
        <w:tc>
          <w:tcPr>
            <w:tcW w:w="1742" w:type="dxa"/>
          </w:tcPr>
          <w:p w14:paraId="01C5FCA3" w14:textId="77777777" w:rsidR="00F72A8B" w:rsidRDefault="00000000">
            <w:r>
              <w:rPr>
                <w:sz w:val="14"/>
              </w:rPr>
              <w:t>Gluten, Wheat, Eggs</w:t>
            </w:r>
          </w:p>
        </w:tc>
        <w:tc>
          <w:tcPr>
            <w:tcW w:w="1742" w:type="dxa"/>
          </w:tcPr>
          <w:p w14:paraId="2379B216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EB1CAA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25.59</w:t>
            </w:r>
          </w:p>
        </w:tc>
        <w:tc>
          <w:tcPr>
            <w:tcW w:w="1742" w:type="dxa"/>
          </w:tcPr>
          <w:p w14:paraId="55B8AFF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14.31</w:t>
            </w:r>
          </w:p>
        </w:tc>
        <w:tc>
          <w:tcPr>
            <w:tcW w:w="1742" w:type="dxa"/>
          </w:tcPr>
          <w:p w14:paraId="2943E9F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5.72</w:t>
            </w:r>
          </w:p>
        </w:tc>
      </w:tr>
      <w:tr w:rsidR="00F72A8B" w14:paraId="6CF7EA3D" w14:textId="77777777">
        <w:trPr>
          <w:jc w:val="center"/>
        </w:trPr>
        <w:tc>
          <w:tcPr>
            <w:tcW w:w="1742" w:type="dxa"/>
          </w:tcPr>
          <w:p w14:paraId="3267D062" w14:textId="77777777" w:rsidR="00F72A8B" w:rsidRDefault="00000000">
            <w:r>
              <w:rPr>
                <w:sz w:val="14"/>
              </w:rPr>
              <w:t>Tomato &amp; Basil Pasta Salad HS</w:t>
            </w:r>
          </w:p>
        </w:tc>
        <w:tc>
          <w:tcPr>
            <w:tcW w:w="1742" w:type="dxa"/>
          </w:tcPr>
          <w:p w14:paraId="53B206E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FC0D5A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289</w:t>
            </w:r>
          </w:p>
        </w:tc>
        <w:tc>
          <w:tcPr>
            <w:tcW w:w="1742" w:type="dxa"/>
          </w:tcPr>
          <w:p w14:paraId="53D1C89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237</w:t>
            </w:r>
          </w:p>
        </w:tc>
        <w:tc>
          <w:tcPr>
            <w:tcW w:w="1742" w:type="dxa"/>
          </w:tcPr>
          <w:p w14:paraId="3209A0E0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366D7E8D" w14:textId="77777777" w:rsidR="00F72A8B" w:rsidRDefault="00000000">
            <w:r>
              <w:rPr>
                <w:sz w:val="14"/>
              </w:rPr>
              <w:t>Barley, Sesame</w:t>
            </w:r>
          </w:p>
        </w:tc>
        <w:tc>
          <w:tcPr>
            <w:tcW w:w="1742" w:type="dxa"/>
          </w:tcPr>
          <w:p w14:paraId="219CC48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41.09</w:t>
            </w:r>
          </w:p>
        </w:tc>
        <w:tc>
          <w:tcPr>
            <w:tcW w:w="1742" w:type="dxa"/>
          </w:tcPr>
          <w:p w14:paraId="162B8E8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7.74</w:t>
            </w:r>
          </w:p>
        </w:tc>
        <w:tc>
          <w:tcPr>
            <w:tcW w:w="1742" w:type="dxa"/>
          </w:tcPr>
          <w:p w14:paraId="2007F96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3.97</w:t>
            </w:r>
          </w:p>
        </w:tc>
      </w:tr>
    </w:tbl>
    <w:p w14:paraId="0F939577" w14:textId="77777777" w:rsidR="00F72A8B" w:rsidRDefault="00000000">
      <w:pPr>
        <w:pStyle w:val="Heading2"/>
      </w:pPr>
      <w:proofErr w:type="spellStart"/>
      <w:r>
        <w:t>Wholemeal</w:t>
      </w:r>
      <w:proofErr w:type="spellEnd"/>
      <w:r>
        <w:t xml:space="preserve"> Roll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079CB927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2BD9C056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5BB46F5E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342157F8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7E38915E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5B2DBFE7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0527EB65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77E3970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706E5CEB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54EF9E67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29ECB7B8" w14:textId="77777777">
        <w:trPr>
          <w:jc w:val="center"/>
        </w:trPr>
        <w:tc>
          <w:tcPr>
            <w:tcW w:w="1742" w:type="dxa"/>
          </w:tcPr>
          <w:p w14:paraId="2277B794" w14:textId="77777777" w:rsidR="00F72A8B" w:rsidRDefault="00000000">
            <w:r>
              <w:rPr>
                <w:sz w:val="14"/>
              </w:rPr>
              <w:t>Egg Mayo Roll HS</w:t>
            </w:r>
          </w:p>
        </w:tc>
        <w:tc>
          <w:tcPr>
            <w:tcW w:w="1742" w:type="dxa"/>
          </w:tcPr>
          <w:p w14:paraId="65CA7B4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3E792A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141</w:t>
            </w:r>
          </w:p>
        </w:tc>
        <w:tc>
          <w:tcPr>
            <w:tcW w:w="1742" w:type="dxa"/>
          </w:tcPr>
          <w:p w14:paraId="05F1FE4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286</w:t>
            </w:r>
          </w:p>
        </w:tc>
        <w:tc>
          <w:tcPr>
            <w:tcW w:w="1742" w:type="dxa"/>
          </w:tcPr>
          <w:p w14:paraId="2FB52CC2" w14:textId="77777777" w:rsidR="00F72A8B" w:rsidRDefault="00000000">
            <w:r>
              <w:rPr>
                <w:sz w:val="14"/>
              </w:rPr>
              <w:t>Gluten, Wheat, Eggs</w:t>
            </w:r>
          </w:p>
        </w:tc>
        <w:tc>
          <w:tcPr>
            <w:tcW w:w="1742" w:type="dxa"/>
          </w:tcPr>
          <w:p w14:paraId="5482DA14" w14:textId="77777777" w:rsidR="00F72A8B" w:rsidRDefault="00000000">
            <w:r>
              <w:rPr>
                <w:sz w:val="14"/>
              </w:rPr>
              <w:t>Milk, Soya</w:t>
            </w:r>
          </w:p>
        </w:tc>
        <w:tc>
          <w:tcPr>
            <w:tcW w:w="1742" w:type="dxa"/>
          </w:tcPr>
          <w:p w14:paraId="3AF515A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33.47</w:t>
            </w:r>
          </w:p>
        </w:tc>
        <w:tc>
          <w:tcPr>
            <w:tcW w:w="1742" w:type="dxa"/>
          </w:tcPr>
          <w:p w14:paraId="674D2A3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15.37</w:t>
            </w:r>
          </w:p>
        </w:tc>
        <w:tc>
          <w:tcPr>
            <w:tcW w:w="1742" w:type="dxa"/>
          </w:tcPr>
          <w:p w14:paraId="165A86A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9.57</w:t>
            </w:r>
          </w:p>
        </w:tc>
      </w:tr>
      <w:tr w:rsidR="00F72A8B" w14:paraId="28800A76" w14:textId="77777777">
        <w:trPr>
          <w:jc w:val="center"/>
        </w:trPr>
        <w:tc>
          <w:tcPr>
            <w:tcW w:w="1742" w:type="dxa"/>
          </w:tcPr>
          <w:p w14:paraId="7950DBC4" w14:textId="77777777" w:rsidR="00F72A8B" w:rsidRDefault="00000000">
            <w:r>
              <w:rPr>
                <w:sz w:val="14"/>
              </w:rPr>
              <w:t>Ham Roll HS</w:t>
            </w:r>
          </w:p>
        </w:tc>
        <w:tc>
          <w:tcPr>
            <w:tcW w:w="1742" w:type="dxa"/>
          </w:tcPr>
          <w:p w14:paraId="2E0BEAC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A3BE3B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069C89A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298</w:t>
            </w:r>
          </w:p>
        </w:tc>
        <w:tc>
          <w:tcPr>
            <w:tcW w:w="1742" w:type="dxa"/>
          </w:tcPr>
          <w:p w14:paraId="3E5983CA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0B21B819" w14:textId="77777777" w:rsidR="00F72A8B" w:rsidRDefault="00000000">
            <w:r>
              <w:rPr>
                <w:sz w:val="14"/>
              </w:rPr>
              <w:t>Eggs, Milk, Soya</w:t>
            </w:r>
          </w:p>
        </w:tc>
        <w:tc>
          <w:tcPr>
            <w:tcW w:w="1742" w:type="dxa"/>
          </w:tcPr>
          <w:p w14:paraId="27A0572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34.55</w:t>
            </w:r>
          </w:p>
        </w:tc>
        <w:tc>
          <w:tcPr>
            <w:tcW w:w="1742" w:type="dxa"/>
          </w:tcPr>
          <w:p w14:paraId="4D3C0BE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21.31</w:t>
            </w:r>
          </w:p>
        </w:tc>
        <w:tc>
          <w:tcPr>
            <w:tcW w:w="1742" w:type="dxa"/>
          </w:tcPr>
          <w:p w14:paraId="13A127C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7.66</w:t>
            </w:r>
          </w:p>
        </w:tc>
      </w:tr>
      <w:tr w:rsidR="00F72A8B" w14:paraId="3564051C" w14:textId="77777777">
        <w:trPr>
          <w:jc w:val="center"/>
        </w:trPr>
        <w:tc>
          <w:tcPr>
            <w:tcW w:w="1742" w:type="dxa"/>
          </w:tcPr>
          <w:p w14:paraId="531E0C6F" w14:textId="77777777" w:rsidR="00F72A8B" w:rsidRDefault="00000000">
            <w:r>
              <w:rPr>
                <w:sz w:val="14"/>
              </w:rPr>
              <w:t>Cheese &amp; Ham Roll HS</w:t>
            </w:r>
          </w:p>
        </w:tc>
        <w:tc>
          <w:tcPr>
            <w:tcW w:w="1742" w:type="dxa"/>
          </w:tcPr>
          <w:p w14:paraId="42CFE7A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CF79A2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01E1E73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384</w:t>
            </w:r>
          </w:p>
        </w:tc>
        <w:tc>
          <w:tcPr>
            <w:tcW w:w="1742" w:type="dxa"/>
          </w:tcPr>
          <w:p w14:paraId="52701E64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324AD45F" w14:textId="77777777" w:rsidR="00F72A8B" w:rsidRDefault="00000000">
            <w:r>
              <w:rPr>
                <w:sz w:val="14"/>
              </w:rPr>
              <w:t>Eggs, Soya</w:t>
            </w:r>
          </w:p>
        </w:tc>
        <w:tc>
          <w:tcPr>
            <w:tcW w:w="1742" w:type="dxa"/>
          </w:tcPr>
          <w:p w14:paraId="7BC21C8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34.46</w:t>
            </w:r>
          </w:p>
        </w:tc>
        <w:tc>
          <w:tcPr>
            <w:tcW w:w="1742" w:type="dxa"/>
          </w:tcPr>
          <w:p w14:paraId="60CD1C9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21.64</w:t>
            </w:r>
          </w:p>
        </w:tc>
        <w:tc>
          <w:tcPr>
            <w:tcW w:w="1742" w:type="dxa"/>
          </w:tcPr>
          <w:p w14:paraId="37CFAE7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17.23</w:t>
            </w:r>
          </w:p>
        </w:tc>
      </w:tr>
      <w:tr w:rsidR="00F72A8B" w14:paraId="31B3DE04" w14:textId="77777777">
        <w:trPr>
          <w:jc w:val="center"/>
        </w:trPr>
        <w:tc>
          <w:tcPr>
            <w:tcW w:w="1742" w:type="dxa"/>
          </w:tcPr>
          <w:p w14:paraId="5924D7C4" w14:textId="77777777" w:rsidR="00F72A8B" w:rsidRDefault="00000000">
            <w:r>
              <w:rPr>
                <w:sz w:val="14"/>
              </w:rPr>
              <w:t>Cheese Roll HS</w:t>
            </w:r>
          </w:p>
        </w:tc>
        <w:tc>
          <w:tcPr>
            <w:tcW w:w="1742" w:type="dxa"/>
          </w:tcPr>
          <w:p w14:paraId="757656D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7ED56E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472AF68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471</w:t>
            </w:r>
          </w:p>
        </w:tc>
        <w:tc>
          <w:tcPr>
            <w:tcW w:w="1742" w:type="dxa"/>
          </w:tcPr>
          <w:p w14:paraId="5640EF30" w14:textId="77777777" w:rsidR="00F72A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1424E33A" w14:textId="77777777" w:rsidR="00F72A8B" w:rsidRDefault="00000000">
            <w:r>
              <w:rPr>
                <w:sz w:val="14"/>
              </w:rPr>
              <w:t>Eggs, Soya</w:t>
            </w:r>
          </w:p>
        </w:tc>
        <w:tc>
          <w:tcPr>
            <w:tcW w:w="1742" w:type="dxa"/>
          </w:tcPr>
          <w:p w14:paraId="662DD2E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34.37</w:t>
            </w:r>
          </w:p>
        </w:tc>
        <w:tc>
          <w:tcPr>
            <w:tcW w:w="1742" w:type="dxa"/>
          </w:tcPr>
          <w:p w14:paraId="0701CA6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21.97</w:t>
            </w:r>
          </w:p>
        </w:tc>
        <w:tc>
          <w:tcPr>
            <w:tcW w:w="1742" w:type="dxa"/>
          </w:tcPr>
          <w:p w14:paraId="6ABEB85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26.8</w:t>
            </w:r>
          </w:p>
        </w:tc>
      </w:tr>
      <w:tr w:rsidR="00F72A8B" w14:paraId="60F28431" w14:textId="77777777">
        <w:trPr>
          <w:jc w:val="center"/>
        </w:trPr>
        <w:tc>
          <w:tcPr>
            <w:tcW w:w="1742" w:type="dxa"/>
          </w:tcPr>
          <w:p w14:paraId="5C59208F" w14:textId="77777777" w:rsidR="00F72A8B" w:rsidRDefault="00000000">
            <w:r>
              <w:rPr>
                <w:sz w:val="14"/>
              </w:rPr>
              <w:t>Chicken Roll HS</w:t>
            </w:r>
          </w:p>
        </w:tc>
        <w:tc>
          <w:tcPr>
            <w:tcW w:w="1742" w:type="dxa"/>
          </w:tcPr>
          <w:p w14:paraId="6242F75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E18E72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5C68B5B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3810BCB9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7524CD5C" w14:textId="77777777" w:rsidR="00F72A8B" w:rsidRDefault="00000000">
            <w:r>
              <w:rPr>
                <w:sz w:val="14"/>
              </w:rPr>
              <w:t>Eggs, Milk, Soya</w:t>
            </w:r>
          </w:p>
        </w:tc>
        <w:tc>
          <w:tcPr>
            <w:tcW w:w="1742" w:type="dxa"/>
          </w:tcPr>
          <w:p w14:paraId="1FE73F8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35.57</w:t>
            </w:r>
          </w:p>
        </w:tc>
        <w:tc>
          <w:tcPr>
            <w:tcW w:w="1742" w:type="dxa"/>
          </w:tcPr>
          <w:p w14:paraId="057DEB4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18.37</w:t>
            </w:r>
          </w:p>
        </w:tc>
        <w:tc>
          <w:tcPr>
            <w:tcW w:w="1742" w:type="dxa"/>
          </w:tcPr>
          <w:p w14:paraId="4AB6C6B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6.52</w:t>
            </w:r>
          </w:p>
        </w:tc>
      </w:tr>
      <w:tr w:rsidR="00F72A8B" w14:paraId="4EB20ACC" w14:textId="77777777">
        <w:trPr>
          <w:jc w:val="center"/>
        </w:trPr>
        <w:tc>
          <w:tcPr>
            <w:tcW w:w="1742" w:type="dxa"/>
          </w:tcPr>
          <w:p w14:paraId="52C63599" w14:textId="77777777" w:rsidR="00F72A8B" w:rsidRDefault="00000000">
            <w:r>
              <w:rPr>
                <w:sz w:val="14"/>
              </w:rPr>
              <w:t>Chicken Mayo Roll HS</w:t>
            </w:r>
          </w:p>
        </w:tc>
        <w:tc>
          <w:tcPr>
            <w:tcW w:w="1742" w:type="dxa"/>
          </w:tcPr>
          <w:p w14:paraId="19031AB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724495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127</w:t>
            </w:r>
          </w:p>
        </w:tc>
        <w:tc>
          <w:tcPr>
            <w:tcW w:w="1742" w:type="dxa"/>
          </w:tcPr>
          <w:p w14:paraId="361ED2F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266</w:t>
            </w:r>
          </w:p>
        </w:tc>
        <w:tc>
          <w:tcPr>
            <w:tcW w:w="1742" w:type="dxa"/>
          </w:tcPr>
          <w:p w14:paraId="5791372F" w14:textId="77777777" w:rsidR="00F72A8B" w:rsidRDefault="00000000">
            <w:r>
              <w:rPr>
                <w:sz w:val="14"/>
              </w:rPr>
              <w:t>Gluten, Wheat, Eggs</w:t>
            </w:r>
          </w:p>
        </w:tc>
        <w:tc>
          <w:tcPr>
            <w:tcW w:w="1742" w:type="dxa"/>
          </w:tcPr>
          <w:p w14:paraId="78FEE8E7" w14:textId="77777777" w:rsidR="00F72A8B" w:rsidRDefault="00000000">
            <w:r>
              <w:rPr>
                <w:sz w:val="14"/>
              </w:rPr>
              <w:t>Milk, Soya</w:t>
            </w:r>
          </w:p>
        </w:tc>
        <w:tc>
          <w:tcPr>
            <w:tcW w:w="1742" w:type="dxa"/>
          </w:tcPr>
          <w:p w14:paraId="6639D62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35.26</w:t>
            </w:r>
          </w:p>
        </w:tc>
        <w:tc>
          <w:tcPr>
            <w:tcW w:w="1742" w:type="dxa"/>
          </w:tcPr>
          <w:p w14:paraId="53D9C0A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16.72</w:t>
            </w:r>
          </w:p>
        </w:tc>
        <w:tc>
          <w:tcPr>
            <w:tcW w:w="1742" w:type="dxa"/>
          </w:tcPr>
          <w:p w14:paraId="63BFC33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5.8</w:t>
            </w:r>
          </w:p>
        </w:tc>
      </w:tr>
      <w:tr w:rsidR="00F72A8B" w14:paraId="5AC64A3F" w14:textId="77777777">
        <w:trPr>
          <w:jc w:val="center"/>
        </w:trPr>
        <w:tc>
          <w:tcPr>
            <w:tcW w:w="1742" w:type="dxa"/>
          </w:tcPr>
          <w:p w14:paraId="1F5515D1" w14:textId="77777777" w:rsidR="00F72A8B" w:rsidRDefault="00000000">
            <w:r>
              <w:rPr>
                <w:sz w:val="14"/>
              </w:rPr>
              <w:t>Chicken Salad Roll HS</w:t>
            </w:r>
          </w:p>
        </w:tc>
        <w:tc>
          <w:tcPr>
            <w:tcW w:w="1742" w:type="dxa"/>
          </w:tcPr>
          <w:p w14:paraId="1E32C75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D17563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177</w:t>
            </w:r>
          </w:p>
        </w:tc>
        <w:tc>
          <w:tcPr>
            <w:tcW w:w="1742" w:type="dxa"/>
          </w:tcPr>
          <w:p w14:paraId="23523EA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288</w:t>
            </w:r>
          </w:p>
        </w:tc>
        <w:tc>
          <w:tcPr>
            <w:tcW w:w="1742" w:type="dxa"/>
          </w:tcPr>
          <w:p w14:paraId="2539CCD5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3573C426" w14:textId="77777777" w:rsidR="00F72A8B" w:rsidRDefault="00000000">
            <w:r>
              <w:rPr>
                <w:sz w:val="14"/>
              </w:rPr>
              <w:t>Eggs, Milk, Soya</w:t>
            </w:r>
          </w:p>
        </w:tc>
        <w:tc>
          <w:tcPr>
            <w:tcW w:w="1742" w:type="dxa"/>
          </w:tcPr>
          <w:p w14:paraId="3538A53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36.41</w:t>
            </w:r>
          </w:p>
        </w:tc>
        <w:tc>
          <w:tcPr>
            <w:tcW w:w="1742" w:type="dxa"/>
          </w:tcPr>
          <w:p w14:paraId="59263C4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19.27</w:t>
            </w:r>
          </w:p>
        </w:tc>
        <w:tc>
          <w:tcPr>
            <w:tcW w:w="1742" w:type="dxa"/>
          </w:tcPr>
          <w:p w14:paraId="2AE2D30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6.63</w:t>
            </w:r>
          </w:p>
        </w:tc>
      </w:tr>
      <w:tr w:rsidR="00F72A8B" w14:paraId="6A017744" w14:textId="77777777">
        <w:trPr>
          <w:jc w:val="center"/>
        </w:trPr>
        <w:tc>
          <w:tcPr>
            <w:tcW w:w="1742" w:type="dxa"/>
          </w:tcPr>
          <w:p w14:paraId="041B2E27" w14:textId="77777777" w:rsidR="00F72A8B" w:rsidRDefault="00000000">
            <w:r>
              <w:rPr>
                <w:sz w:val="14"/>
              </w:rPr>
              <w:t>Tuna Mayo Roll HS</w:t>
            </w:r>
          </w:p>
        </w:tc>
        <w:tc>
          <w:tcPr>
            <w:tcW w:w="1742" w:type="dxa"/>
          </w:tcPr>
          <w:p w14:paraId="21C64AC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F2FD8D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124</w:t>
            </w:r>
          </w:p>
        </w:tc>
        <w:tc>
          <w:tcPr>
            <w:tcW w:w="1742" w:type="dxa"/>
          </w:tcPr>
          <w:p w14:paraId="799E5F1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252</w:t>
            </w:r>
          </w:p>
        </w:tc>
        <w:tc>
          <w:tcPr>
            <w:tcW w:w="1742" w:type="dxa"/>
          </w:tcPr>
          <w:p w14:paraId="4BB2A48F" w14:textId="77777777" w:rsidR="00F72A8B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1F5FEC93" w14:textId="77777777" w:rsidR="00F72A8B" w:rsidRDefault="00000000">
            <w:r>
              <w:rPr>
                <w:sz w:val="14"/>
              </w:rPr>
              <w:t>Milk, Soya</w:t>
            </w:r>
          </w:p>
        </w:tc>
        <w:tc>
          <w:tcPr>
            <w:tcW w:w="1742" w:type="dxa"/>
          </w:tcPr>
          <w:p w14:paraId="3E03891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33.47</w:t>
            </w:r>
          </w:p>
        </w:tc>
        <w:tc>
          <w:tcPr>
            <w:tcW w:w="1742" w:type="dxa"/>
          </w:tcPr>
          <w:p w14:paraId="28AEE7F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19.21</w:t>
            </w:r>
          </w:p>
        </w:tc>
        <w:tc>
          <w:tcPr>
            <w:tcW w:w="1742" w:type="dxa"/>
          </w:tcPr>
          <w:p w14:paraId="590683F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4.07</w:t>
            </w:r>
          </w:p>
        </w:tc>
      </w:tr>
      <w:tr w:rsidR="00F72A8B" w14:paraId="0777E1BE" w14:textId="77777777">
        <w:trPr>
          <w:jc w:val="center"/>
        </w:trPr>
        <w:tc>
          <w:tcPr>
            <w:tcW w:w="1742" w:type="dxa"/>
          </w:tcPr>
          <w:p w14:paraId="5549520E" w14:textId="77777777" w:rsidR="00F72A8B" w:rsidRDefault="00000000">
            <w:r>
              <w:rPr>
                <w:sz w:val="14"/>
              </w:rPr>
              <w:t>Tuna &amp; Sweetcorn Mayo Roll HS</w:t>
            </w:r>
          </w:p>
        </w:tc>
        <w:tc>
          <w:tcPr>
            <w:tcW w:w="1742" w:type="dxa"/>
          </w:tcPr>
          <w:p w14:paraId="78DDC19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E57D9C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124</w:t>
            </w:r>
          </w:p>
        </w:tc>
        <w:tc>
          <w:tcPr>
            <w:tcW w:w="1742" w:type="dxa"/>
          </w:tcPr>
          <w:p w14:paraId="3B49812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248</w:t>
            </w:r>
          </w:p>
        </w:tc>
        <w:tc>
          <w:tcPr>
            <w:tcW w:w="1742" w:type="dxa"/>
          </w:tcPr>
          <w:p w14:paraId="0DED80E1" w14:textId="77777777" w:rsidR="00F72A8B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6B75EFEF" w14:textId="77777777" w:rsidR="00F72A8B" w:rsidRDefault="00000000">
            <w:r>
              <w:rPr>
                <w:sz w:val="14"/>
              </w:rPr>
              <w:t>Milk, Soya</w:t>
            </w:r>
          </w:p>
        </w:tc>
        <w:tc>
          <w:tcPr>
            <w:tcW w:w="1742" w:type="dxa"/>
          </w:tcPr>
          <w:p w14:paraId="2682868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34.28</w:t>
            </w:r>
          </w:p>
        </w:tc>
        <w:tc>
          <w:tcPr>
            <w:tcW w:w="1742" w:type="dxa"/>
          </w:tcPr>
          <w:p w14:paraId="786EE53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17.05</w:t>
            </w:r>
          </w:p>
        </w:tc>
        <w:tc>
          <w:tcPr>
            <w:tcW w:w="1742" w:type="dxa"/>
          </w:tcPr>
          <w:p w14:paraId="515D685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4.15</w:t>
            </w:r>
          </w:p>
        </w:tc>
      </w:tr>
      <w:tr w:rsidR="00F72A8B" w14:paraId="099ADE11" w14:textId="77777777">
        <w:trPr>
          <w:jc w:val="center"/>
        </w:trPr>
        <w:tc>
          <w:tcPr>
            <w:tcW w:w="1742" w:type="dxa"/>
          </w:tcPr>
          <w:p w14:paraId="1D1BE23C" w14:textId="77777777" w:rsidR="00F72A8B" w:rsidRDefault="00000000">
            <w:r>
              <w:rPr>
                <w:sz w:val="14"/>
              </w:rPr>
              <w:t>Turkey Roll HS</w:t>
            </w:r>
          </w:p>
        </w:tc>
        <w:tc>
          <w:tcPr>
            <w:tcW w:w="1742" w:type="dxa"/>
          </w:tcPr>
          <w:p w14:paraId="51C2D1B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9F442F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137</w:t>
            </w:r>
          </w:p>
        </w:tc>
        <w:tc>
          <w:tcPr>
            <w:tcW w:w="1742" w:type="dxa"/>
          </w:tcPr>
          <w:p w14:paraId="6ABA676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279</w:t>
            </w:r>
          </w:p>
        </w:tc>
        <w:tc>
          <w:tcPr>
            <w:tcW w:w="1742" w:type="dxa"/>
          </w:tcPr>
          <w:p w14:paraId="0C1ED569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15EDC695" w14:textId="77777777" w:rsidR="00F72A8B" w:rsidRDefault="00000000">
            <w:r>
              <w:rPr>
                <w:sz w:val="14"/>
              </w:rPr>
              <w:t>Eggs, Milk, Soya</w:t>
            </w:r>
          </w:p>
        </w:tc>
        <w:tc>
          <w:tcPr>
            <w:tcW w:w="1742" w:type="dxa"/>
          </w:tcPr>
          <w:p w14:paraId="5DE806C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35.57</w:t>
            </w:r>
          </w:p>
        </w:tc>
        <w:tc>
          <w:tcPr>
            <w:tcW w:w="1742" w:type="dxa"/>
          </w:tcPr>
          <w:p w14:paraId="29584F5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18.37</w:t>
            </w:r>
          </w:p>
        </w:tc>
        <w:tc>
          <w:tcPr>
            <w:tcW w:w="1742" w:type="dxa"/>
          </w:tcPr>
          <w:p w14:paraId="3BE98B8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6.52</w:t>
            </w:r>
          </w:p>
        </w:tc>
      </w:tr>
      <w:tr w:rsidR="00F72A8B" w14:paraId="7C2BAC9C" w14:textId="77777777">
        <w:trPr>
          <w:jc w:val="center"/>
        </w:trPr>
        <w:tc>
          <w:tcPr>
            <w:tcW w:w="1742" w:type="dxa"/>
          </w:tcPr>
          <w:p w14:paraId="1545D6BE" w14:textId="77777777" w:rsidR="00F72A8B" w:rsidRDefault="00000000">
            <w:r>
              <w:rPr>
                <w:sz w:val="14"/>
              </w:rPr>
              <w:t>Turkey Salad Roll HS</w:t>
            </w:r>
          </w:p>
        </w:tc>
        <w:tc>
          <w:tcPr>
            <w:tcW w:w="1742" w:type="dxa"/>
          </w:tcPr>
          <w:p w14:paraId="334C031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61ED7C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177</w:t>
            </w:r>
          </w:p>
        </w:tc>
        <w:tc>
          <w:tcPr>
            <w:tcW w:w="1742" w:type="dxa"/>
          </w:tcPr>
          <w:p w14:paraId="6847D78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288</w:t>
            </w:r>
          </w:p>
        </w:tc>
        <w:tc>
          <w:tcPr>
            <w:tcW w:w="1742" w:type="dxa"/>
          </w:tcPr>
          <w:p w14:paraId="2723929C" w14:textId="77777777" w:rsidR="00F72A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1ABC323B" w14:textId="77777777" w:rsidR="00F72A8B" w:rsidRDefault="00000000">
            <w:r>
              <w:rPr>
                <w:sz w:val="14"/>
              </w:rPr>
              <w:t>Eggs, Milk, Soya</w:t>
            </w:r>
          </w:p>
        </w:tc>
        <w:tc>
          <w:tcPr>
            <w:tcW w:w="1742" w:type="dxa"/>
          </w:tcPr>
          <w:p w14:paraId="40DFC6D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36.41</w:t>
            </w:r>
          </w:p>
        </w:tc>
        <w:tc>
          <w:tcPr>
            <w:tcW w:w="1742" w:type="dxa"/>
          </w:tcPr>
          <w:p w14:paraId="63DB216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19.27</w:t>
            </w:r>
          </w:p>
        </w:tc>
        <w:tc>
          <w:tcPr>
            <w:tcW w:w="1742" w:type="dxa"/>
          </w:tcPr>
          <w:p w14:paraId="689D78A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6.63</w:t>
            </w:r>
          </w:p>
        </w:tc>
      </w:tr>
    </w:tbl>
    <w:p w14:paraId="1E9334B1" w14:textId="77777777" w:rsidR="00F72A8B" w:rsidRDefault="00000000">
      <w:pPr>
        <w:pStyle w:val="Heading2"/>
      </w:pPr>
      <w:r>
        <w:t>Baguette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3FFEEBA6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10593A41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4A1C7BD2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1C70792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0B7A558B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6F305F61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2DC7FAAF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BE8DB85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5F3A7640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60D755AE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18AE7AAC" w14:textId="77777777">
        <w:trPr>
          <w:jc w:val="center"/>
        </w:trPr>
        <w:tc>
          <w:tcPr>
            <w:tcW w:w="1742" w:type="dxa"/>
          </w:tcPr>
          <w:p w14:paraId="31A30750" w14:textId="77777777" w:rsidR="00F72A8B" w:rsidRDefault="00000000">
            <w:r>
              <w:rPr>
                <w:sz w:val="14"/>
              </w:rPr>
              <w:t>Egg Mayo Baguette HS</w:t>
            </w:r>
          </w:p>
        </w:tc>
        <w:tc>
          <w:tcPr>
            <w:tcW w:w="1742" w:type="dxa"/>
          </w:tcPr>
          <w:p w14:paraId="565C50E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E9829F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157</w:t>
            </w:r>
          </w:p>
        </w:tc>
        <w:tc>
          <w:tcPr>
            <w:tcW w:w="1742" w:type="dxa"/>
          </w:tcPr>
          <w:p w14:paraId="1E8E111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315</w:t>
            </w:r>
          </w:p>
        </w:tc>
        <w:tc>
          <w:tcPr>
            <w:tcW w:w="1742" w:type="dxa"/>
          </w:tcPr>
          <w:p w14:paraId="4B317F15" w14:textId="77777777" w:rsidR="00F72A8B" w:rsidRDefault="00000000">
            <w:r>
              <w:rPr>
                <w:sz w:val="14"/>
              </w:rPr>
              <w:t>Gluten, Wheat, Barley, Eggs</w:t>
            </w:r>
          </w:p>
        </w:tc>
        <w:tc>
          <w:tcPr>
            <w:tcW w:w="1742" w:type="dxa"/>
          </w:tcPr>
          <w:p w14:paraId="44E53487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81CE81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39.04</w:t>
            </w:r>
          </w:p>
        </w:tc>
        <w:tc>
          <w:tcPr>
            <w:tcW w:w="1742" w:type="dxa"/>
          </w:tcPr>
          <w:p w14:paraId="7800E4B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16.32</w:t>
            </w:r>
          </w:p>
        </w:tc>
        <w:tc>
          <w:tcPr>
            <w:tcW w:w="1742" w:type="dxa"/>
          </w:tcPr>
          <w:p w14:paraId="555428C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9.76</w:t>
            </w:r>
          </w:p>
        </w:tc>
      </w:tr>
      <w:tr w:rsidR="00F72A8B" w14:paraId="4586D078" w14:textId="77777777">
        <w:trPr>
          <w:jc w:val="center"/>
        </w:trPr>
        <w:tc>
          <w:tcPr>
            <w:tcW w:w="1742" w:type="dxa"/>
          </w:tcPr>
          <w:p w14:paraId="78A4DA6B" w14:textId="77777777" w:rsidR="00F72A8B" w:rsidRDefault="00000000">
            <w:r>
              <w:rPr>
                <w:sz w:val="14"/>
              </w:rPr>
              <w:t>Ham Baguette HS</w:t>
            </w:r>
          </w:p>
        </w:tc>
        <w:tc>
          <w:tcPr>
            <w:tcW w:w="1742" w:type="dxa"/>
          </w:tcPr>
          <w:p w14:paraId="675C351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76D23F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</w:t>
            </w:r>
          </w:p>
        </w:tc>
        <w:tc>
          <w:tcPr>
            <w:tcW w:w="1742" w:type="dxa"/>
          </w:tcPr>
          <w:p w14:paraId="110ABE6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319</w:t>
            </w:r>
          </w:p>
        </w:tc>
        <w:tc>
          <w:tcPr>
            <w:tcW w:w="1742" w:type="dxa"/>
          </w:tcPr>
          <w:p w14:paraId="643794A4" w14:textId="77777777" w:rsidR="00F72A8B" w:rsidRDefault="00000000">
            <w:r>
              <w:rPr>
                <w:sz w:val="14"/>
              </w:rPr>
              <w:t>Gluten, Wheat, Barley</w:t>
            </w:r>
          </w:p>
        </w:tc>
        <w:tc>
          <w:tcPr>
            <w:tcW w:w="1742" w:type="dxa"/>
          </w:tcPr>
          <w:p w14:paraId="434E30E5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9B6887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38.58</w:t>
            </w:r>
          </w:p>
        </w:tc>
        <w:tc>
          <w:tcPr>
            <w:tcW w:w="1742" w:type="dxa"/>
          </w:tcPr>
          <w:p w14:paraId="5A9D73A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21.94</w:t>
            </w:r>
          </w:p>
        </w:tc>
        <w:tc>
          <w:tcPr>
            <w:tcW w:w="1742" w:type="dxa"/>
          </w:tcPr>
          <w:p w14:paraId="656A994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7.82</w:t>
            </w:r>
          </w:p>
        </w:tc>
      </w:tr>
      <w:tr w:rsidR="00F72A8B" w14:paraId="046FD1EA" w14:textId="77777777">
        <w:trPr>
          <w:jc w:val="center"/>
        </w:trPr>
        <w:tc>
          <w:tcPr>
            <w:tcW w:w="1742" w:type="dxa"/>
          </w:tcPr>
          <w:p w14:paraId="5FF874B7" w14:textId="77777777" w:rsidR="00F72A8B" w:rsidRDefault="00000000">
            <w:r>
              <w:rPr>
                <w:sz w:val="14"/>
              </w:rPr>
              <w:t>Cheese Baguette HS</w:t>
            </w:r>
          </w:p>
        </w:tc>
        <w:tc>
          <w:tcPr>
            <w:tcW w:w="1742" w:type="dxa"/>
          </w:tcPr>
          <w:p w14:paraId="59A28A9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BAC85B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</w:t>
            </w:r>
          </w:p>
        </w:tc>
        <w:tc>
          <w:tcPr>
            <w:tcW w:w="1742" w:type="dxa"/>
          </w:tcPr>
          <w:p w14:paraId="3492D82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493</w:t>
            </w:r>
          </w:p>
        </w:tc>
        <w:tc>
          <w:tcPr>
            <w:tcW w:w="1742" w:type="dxa"/>
          </w:tcPr>
          <w:p w14:paraId="007A6699" w14:textId="77777777" w:rsidR="00F72A8B" w:rsidRDefault="00000000">
            <w:r>
              <w:rPr>
                <w:sz w:val="14"/>
              </w:rPr>
              <w:t>Gluten, Wheat, Barley, Milk</w:t>
            </w:r>
          </w:p>
        </w:tc>
        <w:tc>
          <w:tcPr>
            <w:tcW w:w="1742" w:type="dxa"/>
          </w:tcPr>
          <w:p w14:paraId="72BEB1AD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8B33F9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38.4</w:t>
            </w:r>
          </w:p>
        </w:tc>
        <w:tc>
          <w:tcPr>
            <w:tcW w:w="1742" w:type="dxa"/>
          </w:tcPr>
          <w:p w14:paraId="2F9B987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7F33E1F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26.96</w:t>
            </w:r>
          </w:p>
        </w:tc>
      </w:tr>
      <w:tr w:rsidR="00F72A8B" w14:paraId="353866A4" w14:textId="77777777">
        <w:trPr>
          <w:jc w:val="center"/>
        </w:trPr>
        <w:tc>
          <w:tcPr>
            <w:tcW w:w="1742" w:type="dxa"/>
          </w:tcPr>
          <w:p w14:paraId="50D4BF1F" w14:textId="77777777" w:rsidR="00F72A8B" w:rsidRDefault="00000000">
            <w:r>
              <w:rPr>
                <w:sz w:val="14"/>
              </w:rPr>
              <w:t>Cheese &amp; Ham Baguette HS</w:t>
            </w:r>
          </w:p>
        </w:tc>
        <w:tc>
          <w:tcPr>
            <w:tcW w:w="1742" w:type="dxa"/>
          </w:tcPr>
          <w:p w14:paraId="0CB4DC2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16FBB5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</w:t>
            </w:r>
          </w:p>
        </w:tc>
        <w:tc>
          <w:tcPr>
            <w:tcW w:w="1742" w:type="dxa"/>
          </w:tcPr>
          <w:p w14:paraId="067297E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406</w:t>
            </w:r>
          </w:p>
        </w:tc>
        <w:tc>
          <w:tcPr>
            <w:tcW w:w="1742" w:type="dxa"/>
          </w:tcPr>
          <w:p w14:paraId="753B3616" w14:textId="77777777" w:rsidR="00F72A8B" w:rsidRDefault="00000000">
            <w:r>
              <w:rPr>
                <w:sz w:val="14"/>
              </w:rPr>
              <w:t>Gluten, Wheat, Barley, Milk</w:t>
            </w:r>
          </w:p>
        </w:tc>
        <w:tc>
          <w:tcPr>
            <w:tcW w:w="1742" w:type="dxa"/>
          </w:tcPr>
          <w:p w14:paraId="7B96E5C5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6F9B97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38.49</w:t>
            </w:r>
          </w:p>
        </w:tc>
        <w:tc>
          <w:tcPr>
            <w:tcW w:w="1742" w:type="dxa"/>
          </w:tcPr>
          <w:p w14:paraId="154CF0A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22.27</w:t>
            </w:r>
          </w:p>
        </w:tc>
        <w:tc>
          <w:tcPr>
            <w:tcW w:w="1742" w:type="dxa"/>
          </w:tcPr>
          <w:p w14:paraId="43B9427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17.39</w:t>
            </w:r>
          </w:p>
        </w:tc>
      </w:tr>
      <w:tr w:rsidR="00F72A8B" w14:paraId="4F51D8F9" w14:textId="77777777">
        <w:trPr>
          <w:jc w:val="center"/>
        </w:trPr>
        <w:tc>
          <w:tcPr>
            <w:tcW w:w="1742" w:type="dxa"/>
          </w:tcPr>
          <w:p w14:paraId="4FC66204" w14:textId="77777777" w:rsidR="00F72A8B" w:rsidRDefault="00000000">
            <w:r>
              <w:rPr>
                <w:sz w:val="14"/>
              </w:rPr>
              <w:t>Chicken Baguette HS</w:t>
            </w:r>
          </w:p>
        </w:tc>
        <w:tc>
          <w:tcPr>
            <w:tcW w:w="1742" w:type="dxa"/>
          </w:tcPr>
          <w:p w14:paraId="08AB156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66039F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</w:t>
            </w:r>
          </w:p>
        </w:tc>
        <w:tc>
          <w:tcPr>
            <w:tcW w:w="1742" w:type="dxa"/>
          </w:tcPr>
          <w:p w14:paraId="549C07F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301</w:t>
            </w:r>
          </w:p>
        </w:tc>
        <w:tc>
          <w:tcPr>
            <w:tcW w:w="1742" w:type="dxa"/>
          </w:tcPr>
          <w:p w14:paraId="00E9EBF8" w14:textId="77777777" w:rsidR="00F72A8B" w:rsidRDefault="00000000">
            <w:r>
              <w:rPr>
                <w:sz w:val="14"/>
              </w:rPr>
              <w:t>Gluten, Wheat, Barley</w:t>
            </w:r>
          </w:p>
        </w:tc>
        <w:tc>
          <w:tcPr>
            <w:tcW w:w="1742" w:type="dxa"/>
          </w:tcPr>
          <w:p w14:paraId="290E31C8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098915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39.6</w:t>
            </w:r>
          </w:p>
        </w:tc>
        <w:tc>
          <w:tcPr>
            <w:tcW w:w="1742" w:type="dxa"/>
          </w:tcPr>
          <w:p w14:paraId="180C60C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</w:t>
            </w:r>
          </w:p>
        </w:tc>
        <w:tc>
          <w:tcPr>
            <w:tcW w:w="1742" w:type="dxa"/>
          </w:tcPr>
          <w:p w14:paraId="2DE8996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6.68</w:t>
            </w:r>
          </w:p>
        </w:tc>
      </w:tr>
      <w:tr w:rsidR="00F72A8B" w14:paraId="688DA413" w14:textId="77777777">
        <w:trPr>
          <w:jc w:val="center"/>
        </w:trPr>
        <w:tc>
          <w:tcPr>
            <w:tcW w:w="1742" w:type="dxa"/>
          </w:tcPr>
          <w:p w14:paraId="11FDB4C5" w14:textId="77777777" w:rsidR="00F72A8B" w:rsidRDefault="00000000">
            <w:r>
              <w:rPr>
                <w:sz w:val="14"/>
              </w:rPr>
              <w:t>Chicken Mayo Baguette HS</w:t>
            </w:r>
          </w:p>
        </w:tc>
        <w:tc>
          <w:tcPr>
            <w:tcW w:w="1742" w:type="dxa"/>
          </w:tcPr>
          <w:p w14:paraId="4D0C9F5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84A9CA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140</w:t>
            </w:r>
          </w:p>
        </w:tc>
        <w:tc>
          <w:tcPr>
            <w:tcW w:w="1742" w:type="dxa"/>
          </w:tcPr>
          <w:p w14:paraId="6168CC1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287</w:t>
            </w:r>
          </w:p>
        </w:tc>
        <w:tc>
          <w:tcPr>
            <w:tcW w:w="1742" w:type="dxa"/>
          </w:tcPr>
          <w:p w14:paraId="0C6B9B1B" w14:textId="77777777" w:rsidR="00F72A8B" w:rsidRDefault="00000000">
            <w:r>
              <w:rPr>
                <w:sz w:val="14"/>
              </w:rPr>
              <w:t>Gluten, Wheat, Barley, Eggs</w:t>
            </w:r>
          </w:p>
        </w:tc>
        <w:tc>
          <w:tcPr>
            <w:tcW w:w="1742" w:type="dxa"/>
          </w:tcPr>
          <w:p w14:paraId="172A061F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239864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39.29</w:t>
            </w:r>
          </w:p>
        </w:tc>
        <w:tc>
          <w:tcPr>
            <w:tcW w:w="1742" w:type="dxa"/>
          </w:tcPr>
          <w:p w14:paraId="33E1931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17.35</w:t>
            </w:r>
          </w:p>
        </w:tc>
        <w:tc>
          <w:tcPr>
            <w:tcW w:w="1742" w:type="dxa"/>
          </w:tcPr>
          <w:p w14:paraId="6FD564E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5.96</w:t>
            </w:r>
          </w:p>
        </w:tc>
      </w:tr>
      <w:tr w:rsidR="00F72A8B" w14:paraId="6F653474" w14:textId="77777777">
        <w:trPr>
          <w:jc w:val="center"/>
        </w:trPr>
        <w:tc>
          <w:tcPr>
            <w:tcW w:w="1742" w:type="dxa"/>
          </w:tcPr>
          <w:p w14:paraId="1CDC4DF0" w14:textId="77777777" w:rsidR="00F72A8B" w:rsidRDefault="00000000">
            <w:r>
              <w:rPr>
                <w:sz w:val="14"/>
              </w:rPr>
              <w:t>Chicken Salad Baguette HS</w:t>
            </w:r>
          </w:p>
        </w:tc>
        <w:tc>
          <w:tcPr>
            <w:tcW w:w="1742" w:type="dxa"/>
          </w:tcPr>
          <w:p w14:paraId="4AA6AC4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72C138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190</w:t>
            </w:r>
          </w:p>
        </w:tc>
        <w:tc>
          <w:tcPr>
            <w:tcW w:w="1742" w:type="dxa"/>
          </w:tcPr>
          <w:p w14:paraId="70F720C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310</w:t>
            </w:r>
          </w:p>
        </w:tc>
        <w:tc>
          <w:tcPr>
            <w:tcW w:w="1742" w:type="dxa"/>
          </w:tcPr>
          <w:p w14:paraId="53B1453D" w14:textId="77777777" w:rsidR="00F72A8B" w:rsidRDefault="00000000">
            <w:r>
              <w:rPr>
                <w:sz w:val="14"/>
              </w:rPr>
              <w:t>Gluten, Wheat, Barley</w:t>
            </w:r>
          </w:p>
        </w:tc>
        <w:tc>
          <w:tcPr>
            <w:tcW w:w="1742" w:type="dxa"/>
          </w:tcPr>
          <w:p w14:paraId="52BA11FF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7513F80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40.44</w:t>
            </w:r>
          </w:p>
        </w:tc>
        <w:tc>
          <w:tcPr>
            <w:tcW w:w="1742" w:type="dxa"/>
          </w:tcPr>
          <w:p w14:paraId="12FDDF81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19.9</w:t>
            </w:r>
          </w:p>
        </w:tc>
        <w:tc>
          <w:tcPr>
            <w:tcW w:w="1742" w:type="dxa"/>
          </w:tcPr>
          <w:p w14:paraId="30740EB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6.79</w:t>
            </w:r>
          </w:p>
        </w:tc>
      </w:tr>
      <w:tr w:rsidR="00F72A8B" w14:paraId="62B65341" w14:textId="77777777">
        <w:trPr>
          <w:jc w:val="center"/>
        </w:trPr>
        <w:tc>
          <w:tcPr>
            <w:tcW w:w="1742" w:type="dxa"/>
          </w:tcPr>
          <w:p w14:paraId="189A4C44" w14:textId="77777777" w:rsidR="00F72A8B" w:rsidRDefault="00000000">
            <w:r>
              <w:rPr>
                <w:sz w:val="14"/>
              </w:rPr>
              <w:t>Tuna Mayo Baguette HS</w:t>
            </w:r>
          </w:p>
        </w:tc>
        <w:tc>
          <w:tcPr>
            <w:tcW w:w="1742" w:type="dxa"/>
          </w:tcPr>
          <w:p w14:paraId="726C859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84D2D12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140</w:t>
            </w:r>
          </w:p>
        </w:tc>
        <w:tc>
          <w:tcPr>
            <w:tcW w:w="1742" w:type="dxa"/>
          </w:tcPr>
          <w:p w14:paraId="53C6EF4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281</w:t>
            </w:r>
          </w:p>
        </w:tc>
        <w:tc>
          <w:tcPr>
            <w:tcW w:w="1742" w:type="dxa"/>
          </w:tcPr>
          <w:p w14:paraId="11D5FAD8" w14:textId="77777777" w:rsidR="00F72A8B" w:rsidRDefault="00000000">
            <w:r>
              <w:rPr>
                <w:sz w:val="14"/>
              </w:rPr>
              <w:t>Gluten, Wheat, Barley, Eggs, Fish</w:t>
            </w:r>
          </w:p>
        </w:tc>
        <w:tc>
          <w:tcPr>
            <w:tcW w:w="1742" w:type="dxa"/>
          </w:tcPr>
          <w:p w14:paraId="5904DC9A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A8FD94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39.04</w:t>
            </w:r>
          </w:p>
        </w:tc>
        <w:tc>
          <w:tcPr>
            <w:tcW w:w="1742" w:type="dxa"/>
          </w:tcPr>
          <w:p w14:paraId="6B8EA69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20.15</w:t>
            </w:r>
          </w:p>
        </w:tc>
        <w:tc>
          <w:tcPr>
            <w:tcW w:w="1742" w:type="dxa"/>
          </w:tcPr>
          <w:p w14:paraId="5A9A0B7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4.26</w:t>
            </w:r>
          </w:p>
        </w:tc>
      </w:tr>
      <w:tr w:rsidR="00F72A8B" w14:paraId="626262C6" w14:textId="77777777">
        <w:trPr>
          <w:jc w:val="center"/>
        </w:trPr>
        <w:tc>
          <w:tcPr>
            <w:tcW w:w="1742" w:type="dxa"/>
          </w:tcPr>
          <w:p w14:paraId="07A4D6F5" w14:textId="77777777" w:rsidR="00F72A8B" w:rsidRDefault="00000000">
            <w:r>
              <w:rPr>
                <w:sz w:val="14"/>
              </w:rPr>
              <w:t>Tuna &amp; Sweetcorn Mayo Baguette HS</w:t>
            </w:r>
          </w:p>
        </w:tc>
        <w:tc>
          <w:tcPr>
            <w:tcW w:w="1742" w:type="dxa"/>
          </w:tcPr>
          <w:p w14:paraId="59D72F8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F46FC3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140</w:t>
            </w:r>
          </w:p>
        </w:tc>
        <w:tc>
          <w:tcPr>
            <w:tcW w:w="1742" w:type="dxa"/>
          </w:tcPr>
          <w:p w14:paraId="5146062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277</w:t>
            </w:r>
          </w:p>
        </w:tc>
        <w:tc>
          <w:tcPr>
            <w:tcW w:w="1742" w:type="dxa"/>
          </w:tcPr>
          <w:p w14:paraId="06679111" w14:textId="77777777" w:rsidR="00F72A8B" w:rsidRDefault="00000000">
            <w:r>
              <w:rPr>
                <w:sz w:val="14"/>
              </w:rPr>
              <w:t>Gluten, Wheat, Barley, Eggs, Fish</w:t>
            </w:r>
          </w:p>
        </w:tc>
        <w:tc>
          <w:tcPr>
            <w:tcW w:w="1742" w:type="dxa"/>
          </w:tcPr>
          <w:p w14:paraId="4E34ECCD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F6D541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39.85</w:t>
            </w:r>
          </w:p>
        </w:tc>
        <w:tc>
          <w:tcPr>
            <w:tcW w:w="1742" w:type="dxa"/>
          </w:tcPr>
          <w:p w14:paraId="003F7AC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17.99</w:t>
            </w:r>
          </w:p>
        </w:tc>
        <w:tc>
          <w:tcPr>
            <w:tcW w:w="1742" w:type="dxa"/>
          </w:tcPr>
          <w:p w14:paraId="1E55F34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4.34</w:t>
            </w:r>
          </w:p>
        </w:tc>
      </w:tr>
      <w:tr w:rsidR="00F72A8B" w14:paraId="5160EA84" w14:textId="77777777">
        <w:trPr>
          <w:jc w:val="center"/>
        </w:trPr>
        <w:tc>
          <w:tcPr>
            <w:tcW w:w="1742" w:type="dxa"/>
          </w:tcPr>
          <w:p w14:paraId="737443CE" w14:textId="77777777" w:rsidR="00F72A8B" w:rsidRDefault="00000000">
            <w:r>
              <w:rPr>
                <w:sz w:val="14"/>
              </w:rPr>
              <w:t>Turkey Baguette HS</w:t>
            </w:r>
          </w:p>
        </w:tc>
        <w:tc>
          <w:tcPr>
            <w:tcW w:w="1742" w:type="dxa"/>
          </w:tcPr>
          <w:p w14:paraId="4E5A3C0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6BDE50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150</w:t>
            </w:r>
          </w:p>
        </w:tc>
        <w:tc>
          <w:tcPr>
            <w:tcW w:w="1742" w:type="dxa"/>
          </w:tcPr>
          <w:p w14:paraId="6E0853D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300</w:t>
            </w:r>
          </w:p>
        </w:tc>
        <w:tc>
          <w:tcPr>
            <w:tcW w:w="1742" w:type="dxa"/>
          </w:tcPr>
          <w:p w14:paraId="5085940E" w14:textId="77777777" w:rsidR="00F72A8B" w:rsidRDefault="00000000">
            <w:r>
              <w:rPr>
                <w:sz w:val="14"/>
              </w:rPr>
              <w:t>Gluten, Wheat, Barley</w:t>
            </w:r>
          </w:p>
        </w:tc>
        <w:tc>
          <w:tcPr>
            <w:tcW w:w="1742" w:type="dxa"/>
          </w:tcPr>
          <w:p w14:paraId="2F8DD067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E80C7C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39.6</w:t>
            </w:r>
          </w:p>
        </w:tc>
        <w:tc>
          <w:tcPr>
            <w:tcW w:w="1742" w:type="dxa"/>
          </w:tcPr>
          <w:p w14:paraId="5D7DC8C8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</w:t>
            </w:r>
          </w:p>
        </w:tc>
        <w:tc>
          <w:tcPr>
            <w:tcW w:w="1742" w:type="dxa"/>
          </w:tcPr>
          <w:p w14:paraId="3D8C7B3F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6.68</w:t>
            </w:r>
          </w:p>
        </w:tc>
      </w:tr>
      <w:tr w:rsidR="00F72A8B" w14:paraId="77C6525B" w14:textId="77777777">
        <w:trPr>
          <w:jc w:val="center"/>
        </w:trPr>
        <w:tc>
          <w:tcPr>
            <w:tcW w:w="1742" w:type="dxa"/>
          </w:tcPr>
          <w:p w14:paraId="0E11A080" w14:textId="77777777" w:rsidR="00F72A8B" w:rsidRDefault="00000000">
            <w:r>
              <w:rPr>
                <w:sz w:val="14"/>
              </w:rPr>
              <w:t>Turkey Salad Baguette HS</w:t>
            </w:r>
          </w:p>
        </w:tc>
        <w:tc>
          <w:tcPr>
            <w:tcW w:w="1742" w:type="dxa"/>
          </w:tcPr>
          <w:p w14:paraId="5546FA1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EF5D31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190</w:t>
            </w:r>
          </w:p>
        </w:tc>
        <w:tc>
          <w:tcPr>
            <w:tcW w:w="1742" w:type="dxa"/>
          </w:tcPr>
          <w:p w14:paraId="57AF3DA4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309</w:t>
            </w:r>
          </w:p>
        </w:tc>
        <w:tc>
          <w:tcPr>
            <w:tcW w:w="1742" w:type="dxa"/>
          </w:tcPr>
          <w:p w14:paraId="78DCB030" w14:textId="77777777" w:rsidR="00F72A8B" w:rsidRDefault="00000000">
            <w:r>
              <w:rPr>
                <w:sz w:val="14"/>
              </w:rPr>
              <w:t>Gluten, Wheat, Barley</w:t>
            </w:r>
          </w:p>
        </w:tc>
        <w:tc>
          <w:tcPr>
            <w:tcW w:w="1742" w:type="dxa"/>
          </w:tcPr>
          <w:p w14:paraId="45602C0E" w14:textId="77777777" w:rsidR="00F72A8B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586F06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40.44</w:t>
            </w:r>
          </w:p>
        </w:tc>
        <w:tc>
          <w:tcPr>
            <w:tcW w:w="1742" w:type="dxa"/>
          </w:tcPr>
          <w:p w14:paraId="74C2492E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19.9</w:t>
            </w:r>
          </w:p>
        </w:tc>
        <w:tc>
          <w:tcPr>
            <w:tcW w:w="1742" w:type="dxa"/>
          </w:tcPr>
          <w:p w14:paraId="5C7E63C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6.79</w:t>
            </w:r>
          </w:p>
        </w:tc>
      </w:tr>
    </w:tbl>
    <w:p w14:paraId="4CC8D1EA" w14:textId="77777777" w:rsidR="00F72A8B" w:rsidRDefault="00000000">
      <w:pPr>
        <w:pStyle w:val="Heading2"/>
      </w:pPr>
      <w:r>
        <w:lastRenderedPageBreak/>
        <w:t>Sides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F72A8B" w14:paraId="4882D4FA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4F29DFF0" w14:textId="77777777" w:rsidR="00F72A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1480E38A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2FA5E772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0AACD0BE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22D0B1B6" w14:textId="77777777" w:rsidR="00F72A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3B3E5ECC" w14:textId="77777777" w:rsidR="00F72A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2C77D1E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1A17CCE8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1E1C8E11" w14:textId="77777777" w:rsidR="00F72A8B" w:rsidRDefault="00000000" w:rsidP="00E94AF2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F72A8B" w14:paraId="2D1527CC" w14:textId="77777777">
        <w:trPr>
          <w:jc w:val="center"/>
        </w:trPr>
        <w:tc>
          <w:tcPr>
            <w:tcW w:w="1742" w:type="dxa"/>
          </w:tcPr>
          <w:p w14:paraId="5E315A81" w14:textId="77777777" w:rsidR="00F72A8B" w:rsidRDefault="00000000">
            <w:r>
              <w:rPr>
                <w:sz w:val="14"/>
              </w:rPr>
              <w:t>Chunky Coleslaw HS</w:t>
            </w:r>
          </w:p>
        </w:tc>
        <w:tc>
          <w:tcPr>
            <w:tcW w:w="1742" w:type="dxa"/>
          </w:tcPr>
          <w:p w14:paraId="2669DEF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69C0E0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80</w:t>
            </w:r>
          </w:p>
        </w:tc>
        <w:tc>
          <w:tcPr>
            <w:tcW w:w="1742" w:type="dxa"/>
          </w:tcPr>
          <w:p w14:paraId="6BD35AB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68</w:t>
            </w:r>
          </w:p>
        </w:tc>
        <w:tc>
          <w:tcPr>
            <w:tcW w:w="1742" w:type="dxa"/>
          </w:tcPr>
          <w:p w14:paraId="264C0A74" w14:textId="77777777" w:rsidR="00F72A8B" w:rsidRDefault="00000000">
            <w:r>
              <w:rPr>
                <w:sz w:val="14"/>
              </w:rPr>
              <w:t>Eggs</w:t>
            </w:r>
          </w:p>
        </w:tc>
        <w:tc>
          <w:tcPr>
            <w:tcW w:w="1742" w:type="dxa"/>
          </w:tcPr>
          <w:p w14:paraId="4E39D43D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B9008AC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4.92</w:t>
            </w:r>
          </w:p>
        </w:tc>
        <w:tc>
          <w:tcPr>
            <w:tcW w:w="1742" w:type="dxa"/>
          </w:tcPr>
          <w:p w14:paraId="7FA96029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0.81</w:t>
            </w:r>
          </w:p>
        </w:tc>
        <w:tc>
          <w:tcPr>
            <w:tcW w:w="1742" w:type="dxa"/>
          </w:tcPr>
          <w:p w14:paraId="1FDAEF25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4.63</w:t>
            </w:r>
          </w:p>
        </w:tc>
      </w:tr>
      <w:tr w:rsidR="00F72A8B" w14:paraId="6632A606" w14:textId="77777777">
        <w:trPr>
          <w:jc w:val="center"/>
        </w:trPr>
        <w:tc>
          <w:tcPr>
            <w:tcW w:w="1742" w:type="dxa"/>
          </w:tcPr>
          <w:p w14:paraId="1FA49048" w14:textId="77777777" w:rsidR="00F72A8B" w:rsidRDefault="00000000">
            <w:r>
              <w:rPr>
                <w:sz w:val="14"/>
              </w:rPr>
              <w:t>Mixed Salad HS</w:t>
            </w:r>
          </w:p>
        </w:tc>
        <w:tc>
          <w:tcPr>
            <w:tcW w:w="1742" w:type="dxa"/>
          </w:tcPr>
          <w:p w14:paraId="073FE577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952A866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80</w:t>
            </w:r>
          </w:p>
        </w:tc>
        <w:tc>
          <w:tcPr>
            <w:tcW w:w="1742" w:type="dxa"/>
          </w:tcPr>
          <w:p w14:paraId="3313244D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1742" w:type="dxa"/>
          </w:tcPr>
          <w:p w14:paraId="00647040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832E54C" w14:textId="77777777" w:rsidR="00F72A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393683B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1.8</w:t>
            </w:r>
          </w:p>
        </w:tc>
        <w:tc>
          <w:tcPr>
            <w:tcW w:w="1742" w:type="dxa"/>
          </w:tcPr>
          <w:p w14:paraId="09127C93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0.54</w:t>
            </w:r>
          </w:p>
        </w:tc>
        <w:tc>
          <w:tcPr>
            <w:tcW w:w="1742" w:type="dxa"/>
          </w:tcPr>
          <w:p w14:paraId="2541BE6A" w14:textId="77777777" w:rsidR="00F72A8B" w:rsidRDefault="00000000" w:rsidP="00E94AF2">
            <w:pPr>
              <w:jc w:val="center"/>
            </w:pPr>
            <w:r>
              <w:rPr>
                <w:sz w:val="14"/>
              </w:rPr>
              <w:t>0.23</w:t>
            </w:r>
          </w:p>
        </w:tc>
      </w:tr>
    </w:tbl>
    <w:p w14:paraId="7DE09963" w14:textId="77777777" w:rsidR="00F72A8B" w:rsidRDefault="00F72A8B" w:rsidP="00E94AF2"/>
    <w:sectPr w:rsidR="00F72A8B" w:rsidSect="00034616">
      <w:pgSz w:w="16834" w:h="11909" w:orient="landscape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8337919">
    <w:abstractNumId w:val="8"/>
  </w:num>
  <w:num w:numId="2" w16cid:durableId="918908633">
    <w:abstractNumId w:val="6"/>
  </w:num>
  <w:num w:numId="3" w16cid:durableId="250429881">
    <w:abstractNumId w:val="5"/>
  </w:num>
  <w:num w:numId="4" w16cid:durableId="1266615479">
    <w:abstractNumId w:val="4"/>
  </w:num>
  <w:num w:numId="5" w16cid:durableId="1358314991">
    <w:abstractNumId w:val="7"/>
  </w:num>
  <w:num w:numId="6" w16cid:durableId="752900767">
    <w:abstractNumId w:val="3"/>
  </w:num>
  <w:num w:numId="7" w16cid:durableId="1695812221">
    <w:abstractNumId w:val="2"/>
  </w:num>
  <w:num w:numId="8" w16cid:durableId="1389263587">
    <w:abstractNumId w:val="1"/>
  </w:num>
  <w:num w:numId="9" w16cid:durableId="50347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00319"/>
    <w:rsid w:val="00B47730"/>
    <w:rsid w:val="00CB0664"/>
    <w:rsid w:val="00E94AF2"/>
    <w:rsid w:val="00F72A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767FA0"/>
  <w14:defaultImageDpi w14:val="300"/>
  <w15:docId w15:val="{A64781BB-C1BE-4FC8-80F8-2F488A48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Snacks Accessible Version</dc:title>
  <dc:subject>Accessible menu and allergen information for website publication</dc:subject>
  <dc:creator>Falkirk Council Catering</dc:creator>
  <cp:keywords/>
  <dc:description>generated by python-docx</dc:description>
  <cp:lastModifiedBy>Carole Stevenson</cp:lastModifiedBy>
  <cp:revision>2</cp:revision>
  <dcterms:created xsi:type="dcterms:W3CDTF">2026-08-11T11:26:00Z</dcterms:created>
  <dcterms:modified xsi:type="dcterms:W3CDTF">2026-08-11T11:26:00Z</dcterms:modified>
  <cp:category/>
</cp:coreProperties>
</file>