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C548" w14:textId="52A2D1FC" w:rsidR="00A650FA" w:rsidRDefault="00000000">
      <w:pPr>
        <w:pStyle w:val="Heading1"/>
      </w:pPr>
      <w:r>
        <w:t>Breakfast</w:t>
      </w:r>
    </w:p>
    <w:p w14:paraId="2E321454" w14:textId="2C9FB6B1" w:rsidR="00A650FA" w:rsidRDefault="00000000">
      <w:r>
        <w:t>Customers with allergies or special dietary requirements should consult catering staff before purchase.</w:t>
      </w:r>
    </w:p>
    <w:p w14:paraId="5242A4B2" w14:textId="77777777" w:rsidR="00A650FA" w:rsidRDefault="00000000">
      <w:pPr>
        <w:pStyle w:val="Heading2"/>
      </w:pPr>
      <w:r>
        <w:t>Morning Roll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A650FA" w14:paraId="15A469C6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61B513C2" w14:textId="77777777" w:rsidR="00A650F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7AC3E42C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8155F00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76EA55F1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6F001AE" w14:textId="77777777" w:rsidR="00A650F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107D1EE5" w14:textId="77777777" w:rsidR="00A650F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2B16F0E3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2A24090F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437C6110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A650FA" w14:paraId="2D0952C9" w14:textId="77777777">
        <w:trPr>
          <w:jc w:val="center"/>
        </w:trPr>
        <w:tc>
          <w:tcPr>
            <w:tcW w:w="1742" w:type="dxa"/>
          </w:tcPr>
          <w:p w14:paraId="5F7A84EE" w14:textId="77777777" w:rsidR="00A650FA" w:rsidRDefault="00000000">
            <w:r>
              <w:rPr>
                <w:sz w:val="14"/>
              </w:rPr>
              <w:t>Roll &amp; Lorne HS</w:t>
            </w:r>
          </w:p>
        </w:tc>
        <w:tc>
          <w:tcPr>
            <w:tcW w:w="1742" w:type="dxa"/>
          </w:tcPr>
          <w:p w14:paraId="7A4A7A8B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64C2FC5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136</w:t>
            </w:r>
          </w:p>
        </w:tc>
        <w:tc>
          <w:tcPr>
            <w:tcW w:w="1742" w:type="dxa"/>
          </w:tcPr>
          <w:p w14:paraId="03D1430E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351</w:t>
            </w:r>
          </w:p>
        </w:tc>
        <w:tc>
          <w:tcPr>
            <w:tcW w:w="1742" w:type="dxa"/>
          </w:tcPr>
          <w:p w14:paraId="0E062331" w14:textId="77777777" w:rsidR="00A650FA" w:rsidRDefault="00000000">
            <w:r>
              <w:rPr>
                <w:sz w:val="14"/>
              </w:rPr>
              <w:t>Gluten, Wheat, Soya, Sulphites</w:t>
            </w:r>
          </w:p>
        </w:tc>
        <w:tc>
          <w:tcPr>
            <w:tcW w:w="1742" w:type="dxa"/>
          </w:tcPr>
          <w:p w14:paraId="1C80BDA2" w14:textId="77777777" w:rsidR="00A650FA" w:rsidRDefault="00000000">
            <w:r>
              <w:rPr>
                <w:sz w:val="14"/>
              </w:rPr>
              <w:t>Eggs, Milk</w:t>
            </w:r>
          </w:p>
        </w:tc>
        <w:tc>
          <w:tcPr>
            <w:tcW w:w="1742" w:type="dxa"/>
          </w:tcPr>
          <w:p w14:paraId="11F7B77C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40.38</w:t>
            </w:r>
          </w:p>
        </w:tc>
        <w:tc>
          <w:tcPr>
            <w:tcW w:w="1742" w:type="dxa"/>
          </w:tcPr>
          <w:p w14:paraId="6746DC66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17.67</w:t>
            </w:r>
          </w:p>
        </w:tc>
        <w:tc>
          <w:tcPr>
            <w:tcW w:w="1742" w:type="dxa"/>
          </w:tcPr>
          <w:p w14:paraId="2482126B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12.64</w:t>
            </w:r>
          </w:p>
        </w:tc>
      </w:tr>
      <w:tr w:rsidR="00A650FA" w14:paraId="725B6E5C" w14:textId="77777777">
        <w:trPr>
          <w:jc w:val="center"/>
        </w:trPr>
        <w:tc>
          <w:tcPr>
            <w:tcW w:w="1742" w:type="dxa"/>
          </w:tcPr>
          <w:p w14:paraId="59B9C089" w14:textId="77777777" w:rsidR="00A650FA" w:rsidRDefault="00000000">
            <w:r>
              <w:rPr>
                <w:sz w:val="14"/>
              </w:rPr>
              <w:t>Roll &amp; Potato Scone HS</w:t>
            </w:r>
          </w:p>
        </w:tc>
        <w:tc>
          <w:tcPr>
            <w:tcW w:w="1742" w:type="dxa"/>
          </w:tcPr>
          <w:p w14:paraId="461C279A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12824F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158</w:t>
            </w:r>
          </w:p>
        </w:tc>
        <w:tc>
          <w:tcPr>
            <w:tcW w:w="1742" w:type="dxa"/>
          </w:tcPr>
          <w:p w14:paraId="3C20339D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381</w:t>
            </w:r>
          </w:p>
        </w:tc>
        <w:tc>
          <w:tcPr>
            <w:tcW w:w="1742" w:type="dxa"/>
          </w:tcPr>
          <w:p w14:paraId="3A68D3DE" w14:textId="77777777" w:rsidR="00A650FA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6294D093" w14:textId="77777777" w:rsidR="00A650FA" w:rsidRDefault="00000000">
            <w:r>
              <w:rPr>
                <w:sz w:val="14"/>
              </w:rPr>
              <w:t>Eggs, Milk</w:t>
            </w:r>
          </w:p>
        </w:tc>
        <w:tc>
          <w:tcPr>
            <w:tcW w:w="1742" w:type="dxa"/>
          </w:tcPr>
          <w:p w14:paraId="02128AF2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74.47</w:t>
            </w:r>
          </w:p>
        </w:tc>
        <w:tc>
          <w:tcPr>
            <w:tcW w:w="1742" w:type="dxa"/>
          </w:tcPr>
          <w:p w14:paraId="1C691CD7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9.45</w:t>
            </w:r>
          </w:p>
        </w:tc>
        <w:tc>
          <w:tcPr>
            <w:tcW w:w="1742" w:type="dxa"/>
          </w:tcPr>
          <w:p w14:paraId="07841D0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3.86</w:t>
            </w:r>
          </w:p>
        </w:tc>
      </w:tr>
      <w:tr w:rsidR="00A650FA" w14:paraId="43F850A3" w14:textId="77777777">
        <w:trPr>
          <w:jc w:val="center"/>
        </w:trPr>
        <w:tc>
          <w:tcPr>
            <w:tcW w:w="1742" w:type="dxa"/>
          </w:tcPr>
          <w:p w14:paraId="38A5BC2E" w14:textId="77777777" w:rsidR="00A650FA" w:rsidRDefault="00000000">
            <w:r>
              <w:rPr>
                <w:sz w:val="14"/>
              </w:rPr>
              <w:t>Roll &amp; Chicken Link HS</w:t>
            </w:r>
          </w:p>
        </w:tc>
        <w:tc>
          <w:tcPr>
            <w:tcW w:w="1742" w:type="dxa"/>
          </w:tcPr>
          <w:p w14:paraId="4930F4D2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62CFA65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172</w:t>
            </w:r>
          </w:p>
        </w:tc>
        <w:tc>
          <w:tcPr>
            <w:tcW w:w="1742" w:type="dxa"/>
          </w:tcPr>
          <w:p w14:paraId="368EFA4A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370</w:t>
            </w:r>
          </w:p>
        </w:tc>
        <w:tc>
          <w:tcPr>
            <w:tcW w:w="1742" w:type="dxa"/>
          </w:tcPr>
          <w:p w14:paraId="2624BDA1" w14:textId="77777777" w:rsidR="00A650FA" w:rsidRDefault="00000000">
            <w:r>
              <w:rPr>
                <w:sz w:val="14"/>
              </w:rPr>
              <w:t>Gluten, Wheat, Soya, Sulphites</w:t>
            </w:r>
          </w:p>
        </w:tc>
        <w:tc>
          <w:tcPr>
            <w:tcW w:w="1742" w:type="dxa"/>
          </w:tcPr>
          <w:p w14:paraId="6A8B8DAC" w14:textId="77777777" w:rsidR="00A650FA" w:rsidRDefault="00000000">
            <w:r>
              <w:rPr>
                <w:sz w:val="14"/>
              </w:rPr>
              <w:t>Eggs, Milk</w:t>
            </w:r>
          </w:p>
        </w:tc>
        <w:tc>
          <w:tcPr>
            <w:tcW w:w="1742" w:type="dxa"/>
          </w:tcPr>
          <w:p w14:paraId="06C6E491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48.45</w:t>
            </w:r>
          </w:p>
        </w:tc>
        <w:tc>
          <w:tcPr>
            <w:tcW w:w="1742" w:type="dxa"/>
          </w:tcPr>
          <w:p w14:paraId="173B436E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15.57</w:t>
            </w:r>
          </w:p>
        </w:tc>
        <w:tc>
          <w:tcPr>
            <w:tcW w:w="1742" w:type="dxa"/>
          </w:tcPr>
          <w:p w14:paraId="579681A4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11.86</w:t>
            </w:r>
          </w:p>
        </w:tc>
      </w:tr>
      <w:tr w:rsidR="00A650FA" w14:paraId="4E4B3D3C" w14:textId="77777777">
        <w:trPr>
          <w:jc w:val="center"/>
        </w:trPr>
        <w:tc>
          <w:tcPr>
            <w:tcW w:w="1742" w:type="dxa"/>
          </w:tcPr>
          <w:p w14:paraId="283A51D0" w14:textId="77777777" w:rsidR="00A650FA" w:rsidRDefault="00000000">
            <w:r>
              <w:rPr>
                <w:sz w:val="14"/>
              </w:rPr>
              <w:t>Roll &amp; Omelette</w:t>
            </w:r>
          </w:p>
        </w:tc>
        <w:tc>
          <w:tcPr>
            <w:tcW w:w="1742" w:type="dxa"/>
          </w:tcPr>
          <w:p w14:paraId="60614EC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0194886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158</w:t>
            </w:r>
          </w:p>
        </w:tc>
        <w:tc>
          <w:tcPr>
            <w:tcW w:w="1742" w:type="dxa"/>
          </w:tcPr>
          <w:p w14:paraId="34FFF0AE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339</w:t>
            </w:r>
          </w:p>
        </w:tc>
        <w:tc>
          <w:tcPr>
            <w:tcW w:w="1742" w:type="dxa"/>
          </w:tcPr>
          <w:p w14:paraId="59C11F4C" w14:textId="77777777" w:rsidR="00A650FA" w:rsidRDefault="00000000">
            <w:r>
              <w:rPr>
                <w:sz w:val="14"/>
              </w:rPr>
              <w:t>Gluten, Wheat, Eggs, Milk, Soya</w:t>
            </w:r>
          </w:p>
        </w:tc>
        <w:tc>
          <w:tcPr>
            <w:tcW w:w="1742" w:type="dxa"/>
          </w:tcPr>
          <w:p w14:paraId="60DA8983" w14:textId="77777777" w:rsidR="00A650F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ADA5DCD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30.87</w:t>
            </w:r>
          </w:p>
        </w:tc>
        <w:tc>
          <w:tcPr>
            <w:tcW w:w="1742" w:type="dxa"/>
          </w:tcPr>
          <w:p w14:paraId="664D5AE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16.65</w:t>
            </w:r>
          </w:p>
        </w:tc>
        <w:tc>
          <w:tcPr>
            <w:tcW w:w="1742" w:type="dxa"/>
          </w:tcPr>
          <w:p w14:paraId="40A67E62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15.96</w:t>
            </w:r>
          </w:p>
        </w:tc>
      </w:tr>
    </w:tbl>
    <w:p w14:paraId="3A640388" w14:textId="77777777" w:rsidR="00A650FA" w:rsidRDefault="00000000">
      <w:pPr>
        <w:pStyle w:val="Heading2"/>
      </w:pPr>
      <w:r>
        <w:t>Bakery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A650FA" w14:paraId="78E35BDE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29E8522C" w14:textId="77777777" w:rsidR="00A650FA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50A52CB0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6BB03972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6298BEA0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8D5F5D7" w14:textId="77777777" w:rsidR="00A650FA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6344FA4B" w14:textId="77777777" w:rsidR="00A650FA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842EA22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6A1D00DA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75B6979D" w14:textId="77777777" w:rsidR="00A650FA" w:rsidRDefault="00000000" w:rsidP="00DA6C63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A650FA" w14:paraId="403C9B30" w14:textId="77777777">
        <w:trPr>
          <w:jc w:val="center"/>
        </w:trPr>
        <w:tc>
          <w:tcPr>
            <w:tcW w:w="1742" w:type="dxa"/>
          </w:tcPr>
          <w:p w14:paraId="45483AF9" w14:textId="77777777" w:rsidR="00A650FA" w:rsidRDefault="00000000">
            <w:r>
              <w:rPr>
                <w:sz w:val="14"/>
              </w:rPr>
              <w:t>Toasted Bagel HS</w:t>
            </w:r>
          </w:p>
        </w:tc>
        <w:tc>
          <w:tcPr>
            <w:tcW w:w="1742" w:type="dxa"/>
          </w:tcPr>
          <w:p w14:paraId="7F0B4EE0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FDDE135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120</w:t>
            </w:r>
          </w:p>
        </w:tc>
        <w:tc>
          <w:tcPr>
            <w:tcW w:w="1742" w:type="dxa"/>
          </w:tcPr>
          <w:p w14:paraId="2E159595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316</w:t>
            </w:r>
          </w:p>
        </w:tc>
        <w:tc>
          <w:tcPr>
            <w:tcW w:w="1742" w:type="dxa"/>
          </w:tcPr>
          <w:p w14:paraId="0D183B31" w14:textId="77777777" w:rsidR="00A650FA" w:rsidRDefault="00000000">
            <w:r>
              <w:rPr>
                <w:sz w:val="14"/>
              </w:rPr>
              <w:t>Gluten, Wheat, Barley, Rye</w:t>
            </w:r>
          </w:p>
        </w:tc>
        <w:tc>
          <w:tcPr>
            <w:tcW w:w="1742" w:type="dxa"/>
          </w:tcPr>
          <w:p w14:paraId="75A373E8" w14:textId="77777777" w:rsidR="00A650F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AA27276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57.5</w:t>
            </w:r>
          </w:p>
        </w:tc>
        <w:tc>
          <w:tcPr>
            <w:tcW w:w="1742" w:type="dxa"/>
          </w:tcPr>
          <w:p w14:paraId="650DD0FD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10.35</w:t>
            </w:r>
          </w:p>
        </w:tc>
        <w:tc>
          <w:tcPr>
            <w:tcW w:w="1742" w:type="dxa"/>
          </w:tcPr>
          <w:p w14:paraId="5E17559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4.36</w:t>
            </w:r>
          </w:p>
        </w:tc>
      </w:tr>
      <w:tr w:rsidR="00A650FA" w14:paraId="77080C07" w14:textId="77777777">
        <w:trPr>
          <w:jc w:val="center"/>
        </w:trPr>
        <w:tc>
          <w:tcPr>
            <w:tcW w:w="1742" w:type="dxa"/>
          </w:tcPr>
          <w:p w14:paraId="701A65E3" w14:textId="77777777" w:rsidR="00A650FA" w:rsidRDefault="00000000">
            <w:r>
              <w:rPr>
                <w:sz w:val="14"/>
              </w:rPr>
              <w:t>Toasted Cheese Bagel HS</w:t>
            </w:r>
          </w:p>
        </w:tc>
        <w:tc>
          <w:tcPr>
            <w:tcW w:w="1742" w:type="dxa"/>
          </w:tcPr>
          <w:p w14:paraId="3FC3B36B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1C6F6B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180</w:t>
            </w:r>
          </w:p>
        </w:tc>
        <w:tc>
          <w:tcPr>
            <w:tcW w:w="1742" w:type="dxa"/>
          </w:tcPr>
          <w:p w14:paraId="58F4E649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515</w:t>
            </w:r>
          </w:p>
        </w:tc>
        <w:tc>
          <w:tcPr>
            <w:tcW w:w="1742" w:type="dxa"/>
          </w:tcPr>
          <w:p w14:paraId="463363BF" w14:textId="77777777" w:rsidR="00A650FA" w:rsidRDefault="00000000">
            <w:r>
              <w:rPr>
                <w:sz w:val="14"/>
              </w:rPr>
              <w:t>Gluten, Wheat, Barley, Rye, Milk</w:t>
            </w:r>
          </w:p>
        </w:tc>
        <w:tc>
          <w:tcPr>
            <w:tcW w:w="1742" w:type="dxa"/>
          </w:tcPr>
          <w:p w14:paraId="3C867F70" w14:textId="77777777" w:rsidR="00A650FA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0ED3B87E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58.94</w:t>
            </w:r>
          </w:p>
        </w:tc>
        <w:tc>
          <w:tcPr>
            <w:tcW w:w="1742" w:type="dxa"/>
          </w:tcPr>
          <w:p w14:paraId="6B597437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24.75</w:t>
            </w:r>
          </w:p>
        </w:tc>
        <w:tc>
          <w:tcPr>
            <w:tcW w:w="1742" w:type="dxa"/>
          </w:tcPr>
          <w:p w14:paraId="61CC55E5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19.36</w:t>
            </w:r>
          </w:p>
        </w:tc>
      </w:tr>
      <w:tr w:rsidR="00A650FA" w14:paraId="63481602" w14:textId="77777777">
        <w:trPr>
          <w:jc w:val="center"/>
        </w:trPr>
        <w:tc>
          <w:tcPr>
            <w:tcW w:w="1742" w:type="dxa"/>
          </w:tcPr>
          <w:p w14:paraId="0AC26095" w14:textId="77777777" w:rsidR="00A650FA" w:rsidRDefault="00000000">
            <w:r>
              <w:rPr>
                <w:sz w:val="14"/>
              </w:rPr>
              <w:t>Cheese Toastie HS</w:t>
            </w:r>
          </w:p>
        </w:tc>
        <w:tc>
          <w:tcPr>
            <w:tcW w:w="1742" w:type="dxa"/>
          </w:tcPr>
          <w:p w14:paraId="5DFFE74E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D597780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215</w:t>
            </w:r>
          </w:p>
        </w:tc>
        <w:tc>
          <w:tcPr>
            <w:tcW w:w="1742" w:type="dxa"/>
          </w:tcPr>
          <w:p w14:paraId="2C4A2D03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414</w:t>
            </w:r>
          </w:p>
        </w:tc>
        <w:tc>
          <w:tcPr>
            <w:tcW w:w="1742" w:type="dxa"/>
          </w:tcPr>
          <w:p w14:paraId="34AD98D1" w14:textId="77777777" w:rsidR="00A650FA" w:rsidRDefault="00000000">
            <w:r>
              <w:rPr>
                <w:sz w:val="14"/>
              </w:rPr>
              <w:t>Gluten, Wheat, Milk, Soya</w:t>
            </w:r>
          </w:p>
        </w:tc>
        <w:tc>
          <w:tcPr>
            <w:tcW w:w="1742" w:type="dxa"/>
          </w:tcPr>
          <w:p w14:paraId="02CC63C5" w14:textId="77777777" w:rsidR="00A650F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61C27D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39.34</w:t>
            </w:r>
          </w:p>
        </w:tc>
        <w:tc>
          <w:tcPr>
            <w:tcW w:w="1742" w:type="dxa"/>
          </w:tcPr>
          <w:p w14:paraId="313295C5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21.43</w:t>
            </w:r>
          </w:p>
        </w:tc>
        <w:tc>
          <w:tcPr>
            <w:tcW w:w="1742" w:type="dxa"/>
          </w:tcPr>
          <w:p w14:paraId="7CA8656E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18</w:t>
            </w:r>
          </w:p>
        </w:tc>
      </w:tr>
      <w:tr w:rsidR="00A650FA" w14:paraId="60E17924" w14:textId="77777777">
        <w:trPr>
          <w:jc w:val="center"/>
        </w:trPr>
        <w:tc>
          <w:tcPr>
            <w:tcW w:w="1742" w:type="dxa"/>
          </w:tcPr>
          <w:p w14:paraId="5F813E0A" w14:textId="77777777" w:rsidR="00A650FA" w:rsidRDefault="00000000">
            <w:r>
              <w:rPr>
                <w:sz w:val="14"/>
              </w:rPr>
              <w:t>Toast HS</w:t>
            </w:r>
          </w:p>
        </w:tc>
        <w:tc>
          <w:tcPr>
            <w:tcW w:w="1742" w:type="dxa"/>
          </w:tcPr>
          <w:p w14:paraId="7C35F460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CECF28C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45</w:t>
            </w:r>
          </w:p>
        </w:tc>
        <w:tc>
          <w:tcPr>
            <w:tcW w:w="1742" w:type="dxa"/>
          </w:tcPr>
          <w:p w14:paraId="6921BF72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119</w:t>
            </w:r>
          </w:p>
        </w:tc>
        <w:tc>
          <w:tcPr>
            <w:tcW w:w="1742" w:type="dxa"/>
          </w:tcPr>
          <w:p w14:paraId="4EBA6968" w14:textId="77777777" w:rsidR="00A650FA" w:rsidRDefault="00000000">
            <w:r>
              <w:rPr>
                <w:sz w:val="14"/>
              </w:rPr>
              <w:t>Gluten, Wheat, Soya</w:t>
            </w:r>
          </w:p>
        </w:tc>
        <w:tc>
          <w:tcPr>
            <w:tcW w:w="1742" w:type="dxa"/>
          </w:tcPr>
          <w:p w14:paraId="606A9152" w14:textId="77777777" w:rsidR="00A650FA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355EF1F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16.76</w:t>
            </w:r>
          </w:p>
        </w:tc>
        <w:tc>
          <w:tcPr>
            <w:tcW w:w="1742" w:type="dxa"/>
          </w:tcPr>
          <w:p w14:paraId="42C36D86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3.76</w:t>
            </w:r>
          </w:p>
        </w:tc>
        <w:tc>
          <w:tcPr>
            <w:tcW w:w="1742" w:type="dxa"/>
          </w:tcPr>
          <w:p w14:paraId="5E4D91DB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3.63</w:t>
            </w:r>
          </w:p>
        </w:tc>
      </w:tr>
      <w:tr w:rsidR="00A650FA" w14:paraId="2F0FA6A7" w14:textId="77777777">
        <w:trPr>
          <w:jc w:val="center"/>
        </w:trPr>
        <w:tc>
          <w:tcPr>
            <w:tcW w:w="1742" w:type="dxa"/>
          </w:tcPr>
          <w:p w14:paraId="44F13A36" w14:textId="77777777" w:rsidR="00A650FA" w:rsidRDefault="00000000">
            <w:r>
              <w:rPr>
                <w:sz w:val="14"/>
              </w:rPr>
              <w:t>Pancake HS</w:t>
            </w:r>
          </w:p>
        </w:tc>
        <w:tc>
          <w:tcPr>
            <w:tcW w:w="1742" w:type="dxa"/>
          </w:tcPr>
          <w:p w14:paraId="7553052D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CFA8E34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42</w:t>
            </w:r>
          </w:p>
        </w:tc>
        <w:tc>
          <w:tcPr>
            <w:tcW w:w="1742" w:type="dxa"/>
          </w:tcPr>
          <w:p w14:paraId="032E284D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121</w:t>
            </w:r>
          </w:p>
        </w:tc>
        <w:tc>
          <w:tcPr>
            <w:tcW w:w="1742" w:type="dxa"/>
          </w:tcPr>
          <w:p w14:paraId="1CCCC96C" w14:textId="77777777" w:rsidR="00A650FA" w:rsidRDefault="00000000">
            <w:r>
              <w:rPr>
                <w:sz w:val="14"/>
              </w:rPr>
              <w:t>Gluten, Wheat, Eggs, Milk</w:t>
            </w:r>
          </w:p>
        </w:tc>
        <w:tc>
          <w:tcPr>
            <w:tcW w:w="1742" w:type="dxa"/>
          </w:tcPr>
          <w:p w14:paraId="7757F798" w14:textId="77777777" w:rsidR="00A650FA" w:rsidRDefault="00000000">
            <w:r>
              <w:rPr>
                <w:sz w:val="14"/>
              </w:rPr>
              <w:t>Tree nuts, Hazelnuts, Pecans, Almonds, Cashews, Walnuts, Brazil nuts, Pistachios, Macadamias, Sesame, Soya</w:t>
            </w:r>
          </w:p>
        </w:tc>
        <w:tc>
          <w:tcPr>
            <w:tcW w:w="1742" w:type="dxa"/>
          </w:tcPr>
          <w:p w14:paraId="04C27E61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19.51</w:t>
            </w:r>
          </w:p>
        </w:tc>
        <w:tc>
          <w:tcPr>
            <w:tcW w:w="1742" w:type="dxa"/>
          </w:tcPr>
          <w:p w14:paraId="347701F7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2.21</w:t>
            </w:r>
          </w:p>
        </w:tc>
        <w:tc>
          <w:tcPr>
            <w:tcW w:w="1742" w:type="dxa"/>
          </w:tcPr>
          <w:p w14:paraId="54933972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3.83</w:t>
            </w:r>
          </w:p>
        </w:tc>
      </w:tr>
      <w:tr w:rsidR="00A650FA" w14:paraId="50CBDF15" w14:textId="77777777">
        <w:trPr>
          <w:jc w:val="center"/>
        </w:trPr>
        <w:tc>
          <w:tcPr>
            <w:tcW w:w="1742" w:type="dxa"/>
          </w:tcPr>
          <w:p w14:paraId="06791F27" w14:textId="77777777" w:rsidR="00A650FA" w:rsidRDefault="00000000">
            <w:r>
              <w:rPr>
                <w:sz w:val="14"/>
              </w:rPr>
              <w:t>Croissant HS</w:t>
            </w:r>
          </w:p>
        </w:tc>
        <w:tc>
          <w:tcPr>
            <w:tcW w:w="1742" w:type="dxa"/>
          </w:tcPr>
          <w:p w14:paraId="6FACBD68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0EB3F5C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47</w:t>
            </w:r>
          </w:p>
        </w:tc>
        <w:tc>
          <w:tcPr>
            <w:tcW w:w="1742" w:type="dxa"/>
          </w:tcPr>
          <w:p w14:paraId="6BEA7A92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235</w:t>
            </w:r>
          </w:p>
        </w:tc>
        <w:tc>
          <w:tcPr>
            <w:tcW w:w="1742" w:type="dxa"/>
          </w:tcPr>
          <w:p w14:paraId="1D6D1E30" w14:textId="77777777" w:rsidR="00A650FA" w:rsidRDefault="00000000">
            <w:r>
              <w:rPr>
                <w:sz w:val="14"/>
              </w:rPr>
              <w:t>Gluten, Wheat, Eggs, Milk</w:t>
            </w:r>
          </w:p>
        </w:tc>
        <w:tc>
          <w:tcPr>
            <w:tcW w:w="1742" w:type="dxa"/>
          </w:tcPr>
          <w:p w14:paraId="7E2BE7AF" w14:textId="77777777" w:rsidR="00A650FA" w:rsidRDefault="00000000">
            <w:r>
              <w:rPr>
                <w:sz w:val="14"/>
              </w:rPr>
              <w:t>Tree nuts, Hazelnuts, Almonds, Soya</w:t>
            </w:r>
          </w:p>
        </w:tc>
        <w:tc>
          <w:tcPr>
            <w:tcW w:w="1742" w:type="dxa"/>
          </w:tcPr>
          <w:p w14:paraId="75641304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27</w:t>
            </w:r>
          </w:p>
        </w:tc>
        <w:tc>
          <w:tcPr>
            <w:tcW w:w="1742" w:type="dxa"/>
          </w:tcPr>
          <w:p w14:paraId="1B3A76C4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5.4</w:t>
            </w:r>
          </w:p>
        </w:tc>
        <w:tc>
          <w:tcPr>
            <w:tcW w:w="1742" w:type="dxa"/>
          </w:tcPr>
          <w:p w14:paraId="2CEB0FDA" w14:textId="77777777" w:rsidR="00A650FA" w:rsidRDefault="00000000" w:rsidP="00DA6C63">
            <w:pPr>
              <w:jc w:val="center"/>
            </w:pPr>
            <w:r>
              <w:rPr>
                <w:sz w:val="14"/>
              </w:rPr>
              <w:t>11.4</w:t>
            </w:r>
          </w:p>
        </w:tc>
      </w:tr>
    </w:tbl>
    <w:p w14:paraId="6C076B6F" w14:textId="77777777" w:rsidR="00A650FA" w:rsidRDefault="00A650FA" w:rsidP="00B4709B"/>
    <w:sectPr w:rsidR="00A650FA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3849377">
    <w:abstractNumId w:val="8"/>
  </w:num>
  <w:num w:numId="2" w16cid:durableId="1453549465">
    <w:abstractNumId w:val="6"/>
  </w:num>
  <w:num w:numId="3" w16cid:durableId="832063042">
    <w:abstractNumId w:val="5"/>
  </w:num>
  <w:num w:numId="4" w16cid:durableId="89469546">
    <w:abstractNumId w:val="4"/>
  </w:num>
  <w:num w:numId="5" w16cid:durableId="147209216">
    <w:abstractNumId w:val="7"/>
  </w:num>
  <w:num w:numId="6" w16cid:durableId="1500265447">
    <w:abstractNumId w:val="3"/>
  </w:num>
  <w:num w:numId="7" w16cid:durableId="1348292574">
    <w:abstractNumId w:val="2"/>
  </w:num>
  <w:num w:numId="8" w16cid:durableId="655112685">
    <w:abstractNumId w:val="1"/>
  </w:num>
  <w:num w:numId="9" w16cid:durableId="100802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77B2"/>
    <w:rsid w:val="00A650FA"/>
    <w:rsid w:val="00AA1D8D"/>
    <w:rsid w:val="00B4709B"/>
    <w:rsid w:val="00B47730"/>
    <w:rsid w:val="00CB0664"/>
    <w:rsid w:val="00DA6C63"/>
    <w:rsid w:val="00E033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B1CF8A"/>
  <w14:defaultImageDpi w14:val="300"/>
  <w15:docId w15:val="{E9AEECD8-1CA2-4887-8313-DA1B3968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Breakfast Accessible Version</dc:title>
  <dc:subject>Accessible menu and allergen information for website publication</dc:subject>
  <dc:creator>Falkirk Council Catering</dc:creator>
  <cp:keywords/>
  <dc:description>generated by python-docx</dc:description>
  <cp:lastModifiedBy>Carole Stevenson</cp:lastModifiedBy>
  <cp:revision>3</cp:revision>
  <dcterms:created xsi:type="dcterms:W3CDTF">2026-08-11T10:49:00Z</dcterms:created>
  <dcterms:modified xsi:type="dcterms:W3CDTF">2026-08-11T11:27:00Z</dcterms:modified>
  <cp:category/>
</cp:coreProperties>
</file>