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A7346" w14:textId="31B929CE" w:rsidR="001B28BD" w:rsidRDefault="00000000">
      <w:pPr>
        <w:pStyle w:val="Heading1"/>
      </w:pPr>
      <w:r>
        <w:t>Week 1</w:t>
      </w:r>
      <w:r w:rsidR="007E73C6">
        <w:t xml:space="preserve"> Menu</w:t>
      </w:r>
    </w:p>
    <w:p w14:paraId="1AF5052C" w14:textId="2785974F" w:rsidR="001B28BD" w:rsidRDefault="00000000">
      <w:r>
        <w:t>Customers with allergies or special dietary requirements should consult catering staff before purchase.</w:t>
      </w:r>
    </w:p>
    <w:p w14:paraId="44D41A10" w14:textId="77777777" w:rsidR="001B28BD" w:rsidRDefault="00000000">
      <w:pPr>
        <w:pStyle w:val="Heading2"/>
      </w:pPr>
      <w:r>
        <w:t>Monday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42"/>
        <w:gridCol w:w="1742"/>
        <w:gridCol w:w="1742"/>
        <w:gridCol w:w="1742"/>
        <w:gridCol w:w="1742"/>
        <w:gridCol w:w="1742"/>
        <w:gridCol w:w="1742"/>
        <w:gridCol w:w="1742"/>
        <w:gridCol w:w="1742"/>
      </w:tblGrid>
      <w:tr w:rsidR="001B28BD" w14:paraId="10B21BF3" w14:textId="77777777">
        <w:trPr>
          <w:tblHeader/>
          <w:jc w:val="center"/>
        </w:trPr>
        <w:tc>
          <w:tcPr>
            <w:tcW w:w="1742" w:type="dxa"/>
            <w:shd w:val="clear" w:color="auto" w:fill="1F4E79"/>
          </w:tcPr>
          <w:p w14:paraId="17F8B0AE" w14:textId="77777777" w:rsidR="001B28BD" w:rsidRDefault="00000000"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w="1742" w:type="dxa"/>
            <w:shd w:val="clear" w:color="auto" w:fill="1F4E79"/>
          </w:tcPr>
          <w:p w14:paraId="3A9EC706" w14:textId="77777777" w:rsidR="001B28BD" w:rsidRDefault="00000000" w:rsidP="00E27BC1">
            <w:pPr>
              <w:jc w:val="center"/>
            </w:pPr>
            <w:r>
              <w:rPr>
                <w:b/>
                <w:color w:val="FFFFFF"/>
                <w:sz w:val="16"/>
              </w:rPr>
              <w:t>Portion</w:t>
            </w:r>
          </w:p>
        </w:tc>
        <w:tc>
          <w:tcPr>
            <w:tcW w:w="1742" w:type="dxa"/>
            <w:shd w:val="clear" w:color="auto" w:fill="1F4E79"/>
          </w:tcPr>
          <w:p w14:paraId="7845F36A" w14:textId="77777777" w:rsidR="001B28BD" w:rsidRDefault="00000000" w:rsidP="00E27BC1">
            <w:pPr>
              <w:jc w:val="center"/>
            </w:pPr>
            <w:r>
              <w:rPr>
                <w:b/>
                <w:color w:val="FFFFFF"/>
                <w:sz w:val="16"/>
              </w:rPr>
              <w:t>Portion size</w:t>
            </w:r>
          </w:p>
        </w:tc>
        <w:tc>
          <w:tcPr>
            <w:tcW w:w="1742" w:type="dxa"/>
            <w:shd w:val="clear" w:color="auto" w:fill="1F4E79"/>
          </w:tcPr>
          <w:p w14:paraId="2E98193A" w14:textId="77777777" w:rsidR="001B28BD" w:rsidRDefault="00000000" w:rsidP="00E27BC1">
            <w:pPr>
              <w:jc w:val="center"/>
            </w:pPr>
            <w:r>
              <w:rPr>
                <w:b/>
                <w:color w:val="FFFFFF"/>
                <w:sz w:val="16"/>
              </w:rPr>
              <w:t>Calories per serving</w:t>
            </w:r>
          </w:p>
        </w:tc>
        <w:tc>
          <w:tcPr>
            <w:tcW w:w="1742" w:type="dxa"/>
            <w:shd w:val="clear" w:color="auto" w:fill="1F4E79"/>
          </w:tcPr>
          <w:p w14:paraId="1C0C9951" w14:textId="77777777" w:rsidR="001B28BD" w:rsidRDefault="00000000">
            <w:r>
              <w:rPr>
                <w:b/>
                <w:color w:val="FFFFFF"/>
                <w:sz w:val="16"/>
              </w:rPr>
              <w:t>Contains allergens</w:t>
            </w:r>
          </w:p>
        </w:tc>
        <w:tc>
          <w:tcPr>
            <w:tcW w:w="1742" w:type="dxa"/>
            <w:shd w:val="clear" w:color="auto" w:fill="1F4E79"/>
          </w:tcPr>
          <w:p w14:paraId="2A628AB3" w14:textId="77777777" w:rsidR="001B28BD" w:rsidRDefault="00000000">
            <w:r>
              <w:rPr>
                <w:b/>
                <w:color w:val="FFFFFF"/>
                <w:sz w:val="16"/>
              </w:rPr>
              <w:t>May contain allergens</w:t>
            </w:r>
          </w:p>
        </w:tc>
        <w:tc>
          <w:tcPr>
            <w:tcW w:w="1742" w:type="dxa"/>
            <w:shd w:val="clear" w:color="auto" w:fill="1F4E79"/>
          </w:tcPr>
          <w:p w14:paraId="216FB970" w14:textId="77777777" w:rsidR="001B28BD" w:rsidRDefault="00000000" w:rsidP="00E27BC1">
            <w:pPr>
              <w:jc w:val="center"/>
            </w:pPr>
            <w:r>
              <w:rPr>
                <w:b/>
                <w:color w:val="FFFFFF"/>
                <w:sz w:val="16"/>
              </w:rPr>
              <w:t>Carbohydrate (g)</w:t>
            </w:r>
          </w:p>
        </w:tc>
        <w:tc>
          <w:tcPr>
            <w:tcW w:w="1742" w:type="dxa"/>
            <w:shd w:val="clear" w:color="auto" w:fill="1F4E79"/>
          </w:tcPr>
          <w:p w14:paraId="5629D14E" w14:textId="77777777" w:rsidR="001B28BD" w:rsidRDefault="00000000" w:rsidP="00E27BC1">
            <w:pPr>
              <w:jc w:val="center"/>
            </w:pPr>
            <w:r>
              <w:rPr>
                <w:b/>
                <w:color w:val="FFFFFF"/>
                <w:sz w:val="16"/>
              </w:rPr>
              <w:t>Protein (g)</w:t>
            </w:r>
          </w:p>
        </w:tc>
        <w:tc>
          <w:tcPr>
            <w:tcW w:w="1742" w:type="dxa"/>
            <w:shd w:val="clear" w:color="auto" w:fill="1F4E79"/>
          </w:tcPr>
          <w:p w14:paraId="1D4F9274" w14:textId="77777777" w:rsidR="001B28BD" w:rsidRDefault="00000000" w:rsidP="00E27BC1">
            <w:pPr>
              <w:jc w:val="center"/>
            </w:pPr>
            <w:r>
              <w:rPr>
                <w:b/>
                <w:color w:val="FFFFFF"/>
                <w:sz w:val="16"/>
              </w:rPr>
              <w:t>Fat (g)</w:t>
            </w:r>
          </w:p>
        </w:tc>
      </w:tr>
      <w:tr w:rsidR="001B28BD" w14:paraId="00B6F316" w14:textId="77777777">
        <w:trPr>
          <w:jc w:val="center"/>
        </w:trPr>
        <w:tc>
          <w:tcPr>
            <w:tcW w:w="1742" w:type="dxa"/>
          </w:tcPr>
          <w:p w14:paraId="1BE6E869" w14:textId="77777777" w:rsidR="001B28BD" w:rsidRDefault="00000000">
            <w:r>
              <w:rPr>
                <w:sz w:val="14"/>
              </w:rPr>
              <w:t>Lentil &amp; Veg Soup HS</w:t>
            </w:r>
          </w:p>
        </w:tc>
        <w:tc>
          <w:tcPr>
            <w:tcW w:w="1742" w:type="dxa"/>
          </w:tcPr>
          <w:p w14:paraId="046EC14A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27F9EFC1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251</w:t>
            </w:r>
          </w:p>
        </w:tc>
        <w:tc>
          <w:tcPr>
            <w:tcW w:w="1742" w:type="dxa"/>
          </w:tcPr>
          <w:p w14:paraId="3A6F779C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103</w:t>
            </w:r>
          </w:p>
        </w:tc>
        <w:tc>
          <w:tcPr>
            <w:tcW w:w="1742" w:type="dxa"/>
          </w:tcPr>
          <w:p w14:paraId="614C73DC" w14:textId="77777777" w:rsidR="001B28BD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4D05B71B" w14:textId="77777777" w:rsidR="001B28BD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6F4E6E22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15.84</w:t>
            </w:r>
          </w:p>
        </w:tc>
        <w:tc>
          <w:tcPr>
            <w:tcW w:w="1742" w:type="dxa"/>
          </w:tcPr>
          <w:p w14:paraId="2EE3FAB3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5.07</w:t>
            </w:r>
          </w:p>
        </w:tc>
        <w:tc>
          <w:tcPr>
            <w:tcW w:w="1742" w:type="dxa"/>
          </w:tcPr>
          <w:p w14:paraId="7B1571AD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1.65</w:t>
            </w:r>
          </w:p>
        </w:tc>
      </w:tr>
      <w:tr w:rsidR="001B28BD" w14:paraId="4C7D8FF6" w14:textId="77777777">
        <w:trPr>
          <w:jc w:val="center"/>
        </w:trPr>
        <w:tc>
          <w:tcPr>
            <w:tcW w:w="1742" w:type="dxa"/>
          </w:tcPr>
          <w:p w14:paraId="05984293" w14:textId="77777777" w:rsidR="001B28BD" w:rsidRDefault="00000000">
            <w:r>
              <w:rPr>
                <w:sz w:val="14"/>
              </w:rPr>
              <w:t>Breaded Chicken Goujons Secondary</w:t>
            </w:r>
          </w:p>
        </w:tc>
        <w:tc>
          <w:tcPr>
            <w:tcW w:w="1742" w:type="dxa"/>
          </w:tcPr>
          <w:p w14:paraId="3D3EC1FE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2BA50247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234</w:t>
            </w:r>
          </w:p>
        </w:tc>
        <w:tc>
          <w:tcPr>
            <w:tcW w:w="1742" w:type="dxa"/>
          </w:tcPr>
          <w:p w14:paraId="74551F94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307</w:t>
            </w:r>
          </w:p>
        </w:tc>
        <w:tc>
          <w:tcPr>
            <w:tcW w:w="1742" w:type="dxa"/>
          </w:tcPr>
          <w:p w14:paraId="00A95D0B" w14:textId="77777777" w:rsidR="001B28BD" w:rsidRDefault="00000000">
            <w:r>
              <w:rPr>
                <w:sz w:val="14"/>
              </w:rPr>
              <w:t>Gluten, Wheat</w:t>
            </w:r>
          </w:p>
        </w:tc>
        <w:tc>
          <w:tcPr>
            <w:tcW w:w="1742" w:type="dxa"/>
          </w:tcPr>
          <w:p w14:paraId="7C630E3D" w14:textId="77777777" w:rsidR="001B28BD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7F26308B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39.08</w:t>
            </w:r>
          </w:p>
        </w:tc>
        <w:tc>
          <w:tcPr>
            <w:tcW w:w="1742" w:type="dxa"/>
          </w:tcPr>
          <w:p w14:paraId="77214FEF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16.55</w:t>
            </w:r>
          </w:p>
        </w:tc>
        <w:tc>
          <w:tcPr>
            <w:tcW w:w="1742" w:type="dxa"/>
          </w:tcPr>
          <w:p w14:paraId="54048560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8.29</w:t>
            </w:r>
          </w:p>
        </w:tc>
      </w:tr>
      <w:tr w:rsidR="001B28BD" w14:paraId="77538E14" w14:textId="77777777">
        <w:trPr>
          <w:jc w:val="center"/>
        </w:trPr>
        <w:tc>
          <w:tcPr>
            <w:tcW w:w="1742" w:type="dxa"/>
          </w:tcPr>
          <w:p w14:paraId="0808B347" w14:textId="77777777" w:rsidR="001B28BD" w:rsidRDefault="00000000">
            <w:r>
              <w:rPr>
                <w:sz w:val="14"/>
              </w:rPr>
              <w:t>Cheese Pizza HS</w:t>
            </w:r>
          </w:p>
        </w:tc>
        <w:tc>
          <w:tcPr>
            <w:tcW w:w="1742" w:type="dxa"/>
          </w:tcPr>
          <w:p w14:paraId="50D25547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301E5E42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188</w:t>
            </w:r>
          </w:p>
        </w:tc>
        <w:tc>
          <w:tcPr>
            <w:tcW w:w="1742" w:type="dxa"/>
          </w:tcPr>
          <w:p w14:paraId="1812DF2C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234</w:t>
            </w:r>
          </w:p>
        </w:tc>
        <w:tc>
          <w:tcPr>
            <w:tcW w:w="1742" w:type="dxa"/>
          </w:tcPr>
          <w:p w14:paraId="2708629E" w14:textId="77777777" w:rsidR="001B28BD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07BC13C1" w14:textId="77777777" w:rsidR="001B28BD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554E8A1C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25.56</w:t>
            </w:r>
          </w:p>
        </w:tc>
        <w:tc>
          <w:tcPr>
            <w:tcW w:w="1742" w:type="dxa"/>
          </w:tcPr>
          <w:p w14:paraId="41153A73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13.5</w:t>
            </w:r>
          </w:p>
        </w:tc>
        <w:tc>
          <w:tcPr>
            <w:tcW w:w="1742" w:type="dxa"/>
          </w:tcPr>
          <w:p w14:paraId="6670254B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7.47</w:t>
            </w:r>
          </w:p>
        </w:tc>
      </w:tr>
      <w:tr w:rsidR="001B28BD" w14:paraId="6C75793A" w14:textId="77777777">
        <w:trPr>
          <w:jc w:val="center"/>
        </w:trPr>
        <w:tc>
          <w:tcPr>
            <w:tcW w:w="1742" w:type="dxa"/>
          </w:tcPr>
          <w:p w14:paraId="5B7E7B51" w14:textId="77777777" w:rsidR="001B28BD" w:rsidRDefault="00000000">
            <w:r>
              <w:rPr>
                <w:sz w:val="14"/>
              </w:rPr>
              <w:t>Tuna &amp; Onion Panini HS</w:t>
            </w:r>
          </w:p>
        </w:tc>
        <w:tc>
          <w:tcPr>
            <w:tcW w:w="1742" w:type="dxa"/>
          </w:tcPr>
          <w:p w14:paraId="1E4DBB8D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2720E3FF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280</w:t>
            </w:r>
          </w:p>
        </w:tc>
        <w:tc>
          <w:tcPr>
            <w:tcW w:w="1742" w:type="dxa"/>
          </w:tcPr>
          <w:p w14:paraId="33D763F6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417</w:t>
            </w:r>
          </w:p>
        </w:tc>
        <w:tc>
          <w:tcPr>
            <w:tcW w:w="1742" w:type="dxa"/>
          </w:tcPr>
          <w:p w14:paraId="6922A24A" w14:textId="77777777" w:rsidR="001B28BD" w:rsidRDefault="00000000">
            <w:r>
              <w:rPr>
                <w:sz w:val="14"/>
              </w:rPr>
              <w:t>Gluten, Wheat, Eggs, Fish</w:t>
            </w:r>
          </w:p>
        </w:tc>
        <w:tc>
          <w:tcPr>
            <w:tcW w:w="1742" w:type="dxa"/>
          </w:tcPr>
          <w:p w14:paraId="70B8ED7C" w14:textId="77777777" w:rsidR="001B28BD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017BB0E0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63.03</w:t>
            </w:r>
          </w:p>
        </w:tc>
        <w:tc>
          <w:tcPr>
            <w:tcW w:w="1742" w:type="dxa"/>
          </w:tcPr>
          <w:p w14:paraId="013D3A8D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23.22</w:t>
            </w:r>
          </w:p>
        </w:tc>
        <w:tc>
          <w:tcPr>
            <w:tcW w:w="1742" w:type="dxa"/>
          </w:tcPr>
          <w:p w14:paraId="24FBD70B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6.67</w:t>
            </w:r>
          </w:p>
        </w:tc>
      </w:tr>
      <w:tr w:rsidR="001B28BD" w14:paraId="25784F1A" w14:textId="77777777">
        <w:trPr>
          <w:jc w:val="center"/>
        </w:trPr>
        <w:tc>
          <w:tcPr>
            <w:tcW w:w="1742" w:type="dxa"/>
          </w:tcPr>
          <w:p w14:paraId="71B88869" w14:textId="77777777" w:rsidR="001B28BD" w:rsidRDefault="00000000">
            <w:r>
              <w:rPr>
                <w:sz w:val="14"/>
              </w:rPr>
              <w:t>Cheese &amp; Onion Panini HS</w:t>
            </w:r>
          </w:p>
        </w:tc>
        <w:tc>
          <w:tcPr>
            <w:tcW w:w="1742" w:type="dxa"/>
          </w:tcPr>
          <w:p w14:paraId="4F5620C0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3633424A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280</w:t>
            </w:r>
          </w:p>
        </w:tc>
        <w:tc>
          <w:tcPr>
            <w:tcW w:w="1742" w:type="dxa"/>
          </w:tcPr>
          <w:p w14:paraId="6782D0DF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564</w:t>
            </w:r>
          </w:p>
        </w:tc>
        <w:tc>
          <w:tcPr>
            <w:tcW w:w="1742" w:type="dxa"/>
          </w:tcPr>
          <w:p w14:paraId="2093D980" w14:textId="77777777" w:rsidR="001B28BD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630BB8D9" w14:textId="77777777" w:rsidR="001B28BD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53BF4342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63.64</w:t>
            </w:r>
          </w:p>
        </w:tc>
        <w:tc>
          <w:tcPr>
            <w:tcW w:w="1742" w:type="dxa"/>
          </w:tcPr>
          <w:p w14:paraId="6B84206D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22.72</w:t>
            </w:r>
          </w:p>
        </w:tc>
        <w:tc>
          <w:tcPr>
            <w:tcW w:w="1742" w:type="dxa"/>
          </w:tcPr>
          <w:p w14:paraId="46DCF38D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22.87</w:t>
            </w:r>
          </w:p>
        </w:tc>
      </w:tr>
      <w:tr w:rsidR="001B28BD" w14:paraId="78785572" w14:textId="77777777">
        <w:trPr>
          <w:jc w:val="center"/>
        </w:trPr>
        <w:tc>
          <w:tcPr>
            <w:tcW w:w="1742" w:type="dxa"/>
          </w:tcPr>
          <w:p w14:paraId="137F5AFC" w14:textId="77777777" w:rsidR="001B28BD" w:rsidRDefault="00000000">
            <w:r>
              <w:rPr>
                <w:sz w:val="14"/>
              </w:rPr>
              <w:t>Cheese Panini HS</w:t>
            </w:r>
          </w:p>
        </w:tc>
        <w:tc>
          <w:tcPr>
            <w:tcW w:w="1742" w:type="dxa"/>
          </w:tcPr>
          <w:p w14:paraId="17D2346A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76318931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270</w:t>
            </w:r>
          </w:p>
        </w:tc>
        <w:tc>
          <w:tcPr>
            <w:tcW w:w="1742" w:type="dxa"/>
          </w:tcPr>
          <w:p w14:paraId="65690FF7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559</w:t>
            </w:r>
          </w:p>
        </w:tc>
        <w:tc>
          <w:tcPr>
            <w:tcW w:w="1742" w:type="dxa"/>
          </w:tcPr>
          <w:p w14:paraId="0A96579E" w14:textId="77777777" w:rsidR="001B28BD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44ABF68E" w14:textId="77777777" w:rsidR="001B28BD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141E7B3B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62.85</w:t>
            </w:r>
          </w:p>
        </w:tc>
        <w:tc>
          <w:tcPr>
            <w:tcW w:w="1742" w:type="dxa"/>
          </w:tcPr>
          <w:p w14:paraId="706A5182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22.6</w:t>
            </w:r>
          </w:p>
        </w:tc>
        <w:tc>
          <w:tcPr>
            <w:tcW w:w="1742" w:type="dxa"/>
          </w:tcPr>
          <w:p w14:paraId="39C5E894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22.85</w:t>
            </w:r>
          </w:p>
        </w:tc>
      </w:tr>
    </w:tbl>
    <w:p w14:paraId="4E03FD27" w14:textId="77777777" w:rsidR="001B28BD" w:rsidRDefault="00000000">
      <w:pPr>
        <w:pStyle w:val="Heading2"/>
      </w:pPr>
      <w:r>
        <w:t>Tuesday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42"/>
        <w:gridCol w:w="1742"/>
        <w:gridCol w:w="1742"/>
        <w:gridCol w:w="1742"/>
        <w:gridCol w:w="1742"/>
        <w:gridCol w:w="1742"/>
        <w:gridCol w:w="1742"/>
        <w:gridCol w:w="1742"/>
        <w:gridCol w:w="1742"/>
      </w:tblGrid>
      <w:tr w:rsidR="001B28BD" w14:paraId="7E77413A" w14:textId="77777777">
        <w:trPr>
          <w:tblHeader/>
          <w:jc w:val="center"/>
        </w:trPr>
        <w:tc>
          <w:tcPr>
            <w:tcW w:w="1742" w:type="dxa"/>
            <w:shd w:val="clear" w:color="auto" w:fill="1F4E79"/>
          </w:tcPr>
          <w:p w14:paraId="0A1396F7" w14:textId="77777777" w:rsidR="001B28BD" w:rsidRDefault="00000000"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w="1742" w:type="dxa"/>
            <w:shd w:val="clear" w:color="auto" w:fill="1F4E79"/>
          </w:tcPr>
          <w:p w14:paraId="2C933462" w14:textId="77777777" w:rsidR="001B28BD" w:rsidRDefault="00000000" w:rsidP="00E27BC1">
            <w:pPr>
              <w:jc w:val="center"/>
            </w:pPr>
            <w:r>
              <w:rPr>
                <w:b/>
                <w:color w:val="FFFFFF"/>
                <w:sz w:val="16"/>
              </w:rPr>
              <w:t>Portion</w:t>
            </w:r>
          </w:p>
        </w:tc>
        <w:tc>
          <w:tcPr>
            <w:tcW w:w="1742" w:type="dxa"/>
            <w:shd w:val="clear" w:color="auto" w:fill="1F4E79"/>
          </w:tcPr>
          <w:p w14:paraId="264D655A" w14:textId="77777777" w:rsidR="001B28BD" w:rsidRDefault="00000000" w:rsidP="00E27BC1">
            <w:pPr>
              <w:jc w:val="center"/>
            </w:pPr>
            <w:r>
              <w:rPr>
                <w:b/>
                <w:color w:val="FFFFFF"/>
                <w:sz w:val="16"/>
              </w:rPr>
              <w:t>Portion size</w:t>
            </w:r>
          </w:p>
        </w:tc>
        <w:tc>
          <w:tcPr>
            <w:tcW w:w="1742" w:type="dxa"/>
            <w:shd w:val="clear" w:color="auto" w:fill="1F4E79"/>
          </w:tcPr>
          <w:p w14:paraId="0235E7B2" w14:textId="77777777" w:rsidR="001B28BD" w:rsidRDefault="00000000" w:rsidP="00E27BC1">
            <w:pPr>
              <w:jc w:val="center"/>
            </w:pPr>
            <w:r>
              <w:rPr>
                <w:b/>
                <w:color w:val="FFFFFF"/>
                <w:sz w:val="16"/>
              </w:rPr>
              <w:t>Calories per serving</w:t>
            </w:r>
          </w:p>
        </w:tc>
        <w:tc>
          <w:tcPr>
            <w:tcW w:w="1742" w:type="dxa"/>
            <w:shd w:val="clear" w:color="auto" w:fill="1F4E79"/>
          </w:tcPr>
          <w:p w14:paraId="69063B67" w14:textId="77777777" w:rsidR="001B28BD" w:rsidRDefault="00000000">
            <w:r>
              <w:rPr>
                <w:b/>
                <w:color w:val="FFFFFF"/>
                <w:sz w:val="16"/>
              </w:rPr>
              <w:t>Contains allergens</w:t>
            </w:r>
          </w:p>
        </w:tc>
        <w:tc>
          <w:tcPr>
            <w:tcW w:w="1742" w:type="dxa"/>
            <w:shd w:val="clear" w:color="auto" w:fill="1F4E79"/>
          </w:tcPr>
          <w:p w14:paraId="2F21D0E9" w14:textId="77777777" w:rsidR="001B28BD" w:rsidRDefault="00000000">
            <w:r>
              <w:rPr>
                <w:b/>
                <w:color w:val="FFFFFF"/>
                <w:sz w:val="16"/>
              </w:rPr>
              <w:t>May contain allergens</w:t>
            </w:r>
          </w:p>
        </w:tc>
        <w:tc>
          <w:tcPr>
            <w:tcW w:w="1742" w:type="dxa"/>
            <w:shd w:val="clear" w:color="auto" w:fill="1F4E79"/>
          </w:tcPr>
          <w:p w14:paraId="3F585A1B" w14:textId="77777777" w:rsidR="001B28BD" w:rsidRDefault="00000000" w:rsidP="00E27BC1">
            <w:pPr>
              <w:jc w:val="center"/>
            </w:pPr>
            <w:r>
              <w:rPr>
                <w:b/>
                <w:color w:val="FFFFFF"/>
                <w:sz w:val="16"/>
              </w:rPr>
              <w:t>Carbohydrate (g)</w:t>
            </w:r>
          </w:p>
        </w:tc>
        <w:tc>
          <w:tcPr>
            <w:tcW w:w="1742" w:type="dxa"/>
            <w:shd w:val="clear" w:color="auto" w:fill="1F4E79"/>
          </w:tcPr>
          <w:p w14:paraId="3B858105" w14:textId="77777777" w:rsidR="001B28BD" w:rsidRDefault="00000000" w:rsidP="00E27BC1">
            <w:pPr>
              <w:jc w:val="center"/>
            </w:pPr>
            <w:r>
              <w:rPr>
                <w:b/>
                <w:color w:val="FFFFFF"/>
                <w:sz w:val="16"/>
              </w:rPr>
              <w:t>Protein (g)</w:t>
            </w:r>
          </w:p>
        </w:tc>
        <w:tc>
          <w:tcPr>
            <w:tcW w:w="1742" w:type="dxa"/>
            <w:shd w:val="clear" w:color="auto" w:fill="1F4E79"/>
          </w:tcPr>
          <w:p w14:paraId="0BB37409" w14:textId="77777777" w:rsidR="001B28BD" w:rsidRDefault="00000000" w:rsidP="00E27BC1">
            <w:pPr>
              <w:jc w:val="center"/>
            </w:pPr>
            <w:r>
              <w:rPr>
                <w:b/>
                <w:color w:val="FFFFFF"/>
                <w:sz w:val="16"/>
              </w:rPr>
              <w:t>Fat (g)</w:t>
            </w:r>
          </w:p>
        </w:tc>
      </w:tr>
      <w:tr w:rsidR="001B28BD" w14:paraId="30375F6F" w14:textId="77777777">
        <w:trPr>
          <w:jc w:val="center"/>
        </w:trPr>
        <w:tc>
          <w:tcPr>
            <w:tcW w:w="1742" w:type="dxa"/>
          </w:tcPr>
          <w:p w14:paraId="400E449B" w14:textId="77777777" w:rsidR="001B28BD" w:rsidRDefault="00000000">
            <w:r>
              <w:rPr>
                <w:sz w:val="14"/>
              </w:rPr>
              <w:t>Tuna &amp; Onion Panini HS</w:t>
            </w:r>
          </w:p>
        </w:tc>
        <w:tc>
          <w:tcPr>
            <w:tcW w:w="1742" w:type="dxa"/>
          </w:tcPr>
          <w:p w14:paraId="7E6AD5EE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639E13AE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280</w:t>
            </w:r>
          </w:p>
        </w:tc>
        <w:tc>
          <w:tcPr>
            <w:tcW w:w="1742" w:type="dxa"/>
          </w:tcPr>
          <w:p w14:paraId="4265DCBE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417</w:t>
            </w:r>
          </w:p>
        </w:tc>
        <w:tc>
          <w:tcPr>
            <w:tcW w:w="1742" w:type="dxa"/>
          </w:tcPr>
          <w:p w14:paraId="58D23964" w14:textId="77777777" w:rsidR="001B28BD" w:rsidRDefault="00000000">
            <w:r>
              <w:rPr>
                <w:sz w:val="14"/>
              </w:rPr>
              <w:t>Gluten, Wheat, Eggs, Fish</w:t>
            </w:r>
          </w:p>
        </w:tc>
        <w:tc>
          <w:tcPr>
            <w:tcW w:w="1742" w:type="dxa"/>
          </w:tcPr>
          <w:p w14:paraId="13F09F67" w14:textId="77777777" w:rsidR="001B28BD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111FDF61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63.03</w:t>
            </w:r>
          </w:p>
        </w:tc>
        <w:tc>
          <w:tcPr>
            <w:tcW w:w="1742" w:type="dxa"/>
          </w:tcPr>
          <w:p w14:paraId="0EC93F1E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23.22</w:t>
            </w:r>
          </w:p>
        </w:tc>
        <w:tc>
          <w:tcPr>
            <w:tcW w:w="1742" w:type="dxa"/>
          </w:tcPr>
          <w:p w14:paraId="59872230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6.67</w:t>
            </w:r>
          </w:p>
        </w:tc>
      </w:tr>
      <w:tr w:rsidR="001B28BD" w14:paraId="11BD55E2" w14:textId="77777777">
        <w:trPr>
          <w:jc w:val="center"/>
        </w:trPr>
        <w:tc>
          <w:tcPr>
            <w:tcW w:w="1742" w:type="dxa"/>
          </w:tcPr>
          <w:p w14:paraId="5754F08D" w14:textId="77777777" w:rsidR="001B28BD" w:rsidRDefault="00000000">
            <w:r>
              <w:rPr>
                <w:sz w:val="14"/>
              </w:rPr>
              <w:t>Leek &amp; Potato Soup HS</w:t>
            </w:r>
          </w:p>
        </w:tc>
        <w:tc>
          <w:tcPr>
            <w:tcW w:w="1742" w:type="dxa"/>
          </w:tcPr>
          <w:p w14:paraId="709D3925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5AA63E2B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253</w:t>
            </w:r>
          </w:p>
        </w:tc>
        <w:tc>
          <w:tcPr>
            <w:tcW w:w="1742" w:type="dxa"/>
          </w:tcPr>
          <w:p w14:paraId="36ABF008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91</w:t>
            </w:r>
          </w:p>
        </w:tc>
        <w:tc>
          <w:tcPr>
            <w:tcW w:w="1742" w:type="dxa"/>
          </w:tcPr>
          <w:p w14:paraId="7D2438C5" w14:textId="77777777" w:rsidR="001B28BD" w:rsidRDefault="00000000">
            <w:r>
              <w:rPr>
                <w:sz w:val="14"/>
              </w:rPr>
              <w:t>Sulphites</w:t>
            </w:r>
          </w:p>
        </w:tc>
        <w:tc>
          <w:tcPr>
            <w:tcW w:w="1742" w:type="dxa"/>
          </w:tcPr>
          <w:p w14:paraId="71A2E3E9" w14:textId="77777777" w:rsidR="001B28BD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110E55B6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17.22</w:t>
            </w:r>
          </w:p>
        </w:tc>
        <w:tc>
          <w:tcPr>
            <w:tcW w:w="1742" w:type="dxa"/>
          </w:tcPr>
          <w:p w14:paraId="6DFAE887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1.63</w:t>
            </w:r>
          </w:p>
        </w:tc>
        <w:tc>
          <w:tcPr>
            <w:tcW w:w="1742" w:type="dxa"/>
          </w:tcPr>
          <w:p w14:paraId="4DB772D6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1.28</w:t>
            </w:r>
          </w:p>
        </w:tc>
      </w:tr>
      <w:tr w:rsidR="001B28BD" w14:paraId="4F19882D" w14:textId="77777777">
        <w:trPr>
          <w:jc w:val="center"/>
        </w:trPr>
        <w:tc>
          <w:tcPr>
            <w:tcW w:w="1742" w:type="dxa"/>
          </w:tcPr>
          <w:p w14:paraId="27948649" w14:textId="77777777" w:rsidR="001B28BD" w:rsidRDefault="00000000">
            <w:r>
              <w:rPr>
                <w:sz w:val="14"/>
              </w:rPr>
              <w:t>Macaroni Cheese Meal HS</w:t>
            </w:r>
          </w:p>
        </w:tc>
        <w:tc>
          <w:tcPr>
            <w:tcW w:w="1742" w:type="dxa"/>
          </w:tcPr>
          <w:p w14:paraId="07F0676E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2CBC9053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436</w:t>
            </w:r>
          </w:p>
        </w:tc>
        <w:tc>
          <w:tcPr>
            <w:tcW w:w="1742" w:type="dxa"/>
          </w:tcPr>
          <w:p w14:paraId="58F97DD1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461</w:t>
            </w:r>
          </w:p>
        </w:tc>
        <w:tc>
          <w:tcPr>
            <w:tcW w:w="1742" w:type="dxa"/>
          </w:tcPr>
          <w:p w14:paraId="765CA792" w14:textId="77777777" w:rsidR="001B28BD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5B95746A" w14:textId="77777777" w:rsidR="001B28BD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0F9FE166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54.92</w:t>
            </w:r>
          </w:p>
        </w:tc>
        <w:tc>
          <w:tcPr>
            <w:tcW w:w="1742" w:type="dxa"/>
          </w:tcPr>
          <w:p w14:paraId="0396C633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24.37</w:t>
            </w:r>
          </w:p>
        </w:tc>
        <w:tc>
          <w:tcPr>
            <w:tcW w:w="1742" w:type="dxa"/>
          </w:tcPr>
          <w:p w14:paraId="4A3E3239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14.95</w:t>
            </w:r>
          </w:p>
        </w:tc>
      </w:tr>
      <w:tr w:rsidR="001B28BD" w14:paraId="3C1FE7A2" w14:textId="77777777">
        <w:trPr>
          <w:jc w:val="center"/>
        </w:trPr>
        <w:tc>
          <w:tcPr>
            <w:tcW w:w="1742" w:type="dxa"/>
          </w:tcPr>
          <w:p w14:paraId="218A0D87" w14:textId="77777777" w:rsidR="001B28BD" w:rsidRDefault="00000000">
            <w:r>
              <w:rPr>
                <w:sz w:val="14"/>
              </w:rPr>
              <w:t>Cheese Toastie HS</w:t>
            </w:r>
          </w:p>
        </w:tc>
        <w:tc>
          <w:tcPr>
            <w:tcW w:w="1742" w:type="dxa"/>
          </w:tcPr>
          <w:p w14:paraId="4835AC17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4E17C319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215</w:t>
            </w:r>
          </w:p>
        </w:tc>
        <w:tc>
          <w:tcPr>
            <w:tcW w:w="1742" w:type="dxa"/>
          </w:tcPr>
          <w:p w14:paraId="00A480A2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414</w:t>
            </w:r>
          </w:p>
        </w:tc>
        <w:tc>
          <w:tcPr>
            <w:tcW w:w="1742" w:type="dxa"/>
          </w:tcPr>
          <w:p w14:paraId="41E78591" w14:textId="77777777" w:rsidR="001B28BD" w:rsidRDefault="00000000">
            <w:r>
              <w:rPr>
                <w:sz w:val="14"/>
              </w:rPr>
              <w:t>Gluten, Wheat, Milk, Soya</w:t>
            </w:r>
          </w:p>
        </w:tc>
        <w:tc>
          <w:tcPr>
            <w:tcW w:w="1742" w:type="dxa"/>
          </w:tcPr>
          <w:p w14:paraId="69FBE6CA" w14:textId="77777777" w:rsidR="001B28BD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7FD1B3E3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39.34</w:t>
            </w:r>
          </w:p>
        </w:tc>
        <w:tc>
          <w:tcPr>
            <w:tcW w:w="1742" w:type="dxa"/>
          </w:tcPr>
          <w:p w14:paraId="2AEF09DF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21.43</w:t>
            </w:r>
          </w:p>
        </w:tc>
        <w:tc>
          <w:tcPr>
            <w:tcW w:w="1742" w:type="dxa"/>
          </w:tcPr>
          <w:p w14:paraId="2F5A73F9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18</w:t>
            </w:r>
          </w:p>
        </w:tc>
      </w:tr>
      <w:tr w:rsidR="001B28BD" w14:paraId="30088D38" w14:textId="77777777">
        <w:trPr>
          <w:jc w:val="center"/>
        </w:trPr>
        <w:tc>
          <w:tcPr>
            <w:tcW w:w="1742" w:type="dxa"/>
          </w:tcPr>
          <w:p w14:paraId="2F05F2F7" w14:textId="77777777" w:rsidR="001B28BD" w:rsidRDefault="00000000">
            <w:r>
              <w:rPr>
                <w:sz w:val="14"/>
              </w:rPr>
              <w:t>Cheese &amp; Onion Panini HS</w:t>
            </w:r>
          </w:p>
        </w:tc>
        <w:tc>
          <w:tcPr>
            <w:tcW w:w="1742" w:type="dxa"/>
          </w:tcPr>
          <w:p w14:paraId="1246C1A7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3F7FE7EE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280</w:t>
            </w:r>
          </w:p>
        </w:tc>
        <w:tc>
          <w:tcPr>
            <w:tcW w:w="1742" w:type="dxa"/>
          </w:tcPr>
          <w:p w14:paraId="28F15B25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564</w:t>
            </w:r>
          </w:p>
        </w:tc>
        <w:tc>
          <w:tcPr>
            <w:tcW w:w="1742" w:type="dxa"/>
          </w:tcPr>
          <w:p w14:paraId="4E42716F" w14:textId="77777777" w:rsidR="001B28BD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660684BE" w14:textId="77777777" w:rsidR="001B28BD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231F4990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63.64</w:t>
            </w:r>
          </w:p>
        </w:tc>
        <w:tc>
          <w:tcPr>
            <w:tcW w:w="1742" w:type="dxa"/>
          </w:tcPr>
          <w:p w14:paraId="0255D94E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22.72</w:t>
            </w:r>
          </w:p>
        </w:tc>
        <w:tc>
          <w:tcPr>
            <w:tcW w:w="1742" w:type="dxa"/>
          </w:tcPr>
          <w:p w14:paraId="327E3D75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22.87</w:t>
            </w:r>
          </w:p>
        </w:tc>
      </w:tr>
      <w:tr w:rsidR="001B28BD" w14:paraId="6DA923F0" w14:textId="77777777">
        <w:trPr>
          <w:jc w:val="center"/>
        </w:trPr>
        <w:tc>
          <w:tcPr>
            <w:tcW w:w="1742" w:type="dxa"/>
          </w:tcPr>
          <w:p w14:paraId="531E7469" w14:textId="77777777" w:rsidR="001B28BD" w:rsidRDefault="00000000">
            <w:r>
              <w:rPr>
                <w:sz w:val="14"/>
              </w:rPr>
              <w:t>Cheese Panini HS</w:t>
            </w:r>
          </w:p>
        </w:tc>
        <w:tc>
          <w:tcPr>
            <w:tcW w:w="1742" w:type="dxa"/>
          </w:tcPr>
          <w:p w14:paraId="5264BC88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7DA185D1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270</w:t>
            </w:r>
          </w:p>
        </w:tc>
        <w:tc>
          <w:tcPr>
            <w:tcW w:w="1742" w:type="dxa"/>
          </w:tcPr>
          <w:p w14:paraId="3897B004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559</w:t>
            </w:r>
          </w:p>
        </w:tc>
        <w:tc>
          <w:tcPr>
            <w:tcW w:w="1742" w:type="dxa"/>
          </w:tcPr>
          <w:p w14:paraId="2E48647E" w14:textId="77777777" w:rsidR="001B28BD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2A4403DA" w14:textId="77777777" w:rsidR="001B28BD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0E548004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62.85</w:t>
            </w:r>
          </w:p>
        </w:tc>
        <w:tc>
          <w:tcPr>
            <w:tcW w:w="1742" w:type="dxa"/>
          </w:tcPr>
          <w:p w14:paraId="5ABFC74F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22.6</w:t>
            </w:r>
          </w:p>
        </w:tc>
        <w:tc>
          <w:tcPr>
            <w:tcW w:w="1742" w:type="dxa"/>
          </w:tcPr>
          <w:p w14:paraId="0A4E01D6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22.85</w:t>
            </w:r>
          </w:p>
        </w:tc>
      </w:tr>
    </w:tbl>
    <w:p w14:paraId="160DBD97" w14:textId="77777777" w:rsidR="001B28BD" w:rsidRDefault="00000000">
      <w:pPr>
        <w:pStyle w:val="Heading2"/>
      </w:pPr>
      <w:r>
        <w:t>Wednesday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42"/>
        <w:gridCol w:w="1742"/>
        <w:gridCol w:w="1742"/>
        <w:gridCol w:w="1742"/>
        <w:gridCol w:w="1742"/>
        <w:gridCol w:w="1742"/>
        <w:gridCol w:w="1742"/>
        <w:gridCol w:w="1742"/>
        <w:gridCol w:w="1742"/>
      </w:tblGrid>
      <w:tr w:rsidR="001B28BD" w14:paraId="7EDA79A5" w14:textId="77777777">
        <w:trPr>
          <w:tblHeader/>
          <w:jc w:val="center"/>
        </w:trPr>
        <w:tc>
          <w:tcPr>
            <w:tcW w:w="1742" w:type="dxa"/>
            <w:shd w:val="clear" w:color="auto" w:fill="1F4E79"/>
          </w:tcPr>
          <w:p w14:paraId="282F0B45" w14:textId="77777777" w:rsidR="001B28BD" w:rsidRDefault="00000000"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w="1742" w:type="dxa"/>
            <w:shd w:val="clear" w:color="auto" w:fill="1F4E79"/>
          </w:tcPr>
          <w:p w14:paraId="2FD01F7F" w14:textId="77777777" w:rsidR="001B28BD" w:rsidRDefault="00000000" w:rsidP="00E27BC1">
            <w:pPr>
              <w:jc w:val="center"/>
            </w:pPr>
            <w:r>
              <w:rPr>
                <w:b/>
                <w:color w:val="FFFFFF"/>
                <w:sz w:val="16"/>
              </w:rPr>
              <w:t>Portion</w:t>
            </w:r>
          </w:p>
        </w:tc>
        <w:tc>
          <w:tcPr>
            <w:tcW w:w="1742" w:type="dxa"/>
            <w:shd w:val="clear" w:color="auto" w:fill="1F4E79"/>
          </w:tcPr>
          <w:p w14:paraId="5E552546" w14:textId="77777777" w:rsidR="001B28BD" w:rsidRDefault="00000000" w:rsidP="00E27BC1">
            <w:pPr>
              <w:jc w:val="center"/>
            </w:pPr>
            <w:r>
              <w:rPr>
                <w:b/>
                <w:color w:val="FFFFFF"/>
                <w:sz w:val="16"/>
              </w:rPr>
              <w:t>Portion size</w:t>
            </w:r>
          </w:p>
        </w:tc>
        <w:tc>
          <w:tcPr>
            <w:tcW w:w="1742" w:type="dxa"/>
            <w:shd w:val="clear" w:color="auto" w:fill="1F4E79"/>
          </w:tcPr>
          <w:p w14:paraId="0383DBFB" w14:textId="77777777" w:rsidR="001B28BD" w:rsidRDefault="00000000" w:rsidP="00E27BC1">
            <w:pPr>
              <w:jc w:val="center"/>
            </w:pPr>
            <w:r>
              <w:rPr>
                <w:b/>
                <w:color w:val="FFFFFF"/>
                <w:sz w:val="16"/>
              </w:rPr>
              <w:t>Calories per serving</w:t>
            </w:r>
          </w:p>
        </w:tc>
        <w:tc>
          <w:tcPr>
            <w:tcW w:w="1742" w:type="dxa"/>
            <w:shd w:val="clear" w:color="auto" w:fill="1F4E79"/>
          </w:tcPr>
          <w:p w14:paraId="749ACEB9" w14:textId="77777777" w:rsidR="001B28BD" w:rsidRDefault="00000000">
            <w:r>
              <w:rPr>
                <w:b/>
                <w:color w:val="FFFFFF"/>
                <w:sz w:val="16"/>
              </w:rPr>
              <w:t>Contains allergens</w:t>
            </w:r>
          </w:p>
        </w:tc>
        <w:tc>
          <w:tcPr>
            <w:tcW w:w="1742" w:type="dxa"/>
            <w:shd w:val="clear" w:color="auto" w:fill="1F4E79"/>
          </w:tcPr>
          <w:p w14:paraId="71F9854B" w14:textId="77777777" w:rsidR="001B28BD" w:rsidRDefault="00000000">
            <w:r>
              <w:rPr>
                <w:b/>
                <w:color w:val="FFFFFF"/>
                <w:sz w:val="16"/>
              </w:rPr>
              <w:t>May contain allergens</w:t>
            </w:r>
          </w:p>
        </w:tc>
        <w:tc>
          <w:tcPr>
            <w:tcW w:w="1742" w:type="dxa"/>
            <w:shd w:val="clear" w:color="auto" w:fill="1F4E79"/>
          </w:tcPr>
          <w:p w14:paraId="0C7B7247" w14:textId="77777777" w:rsidR="001B28BD" w:rsidRDefault="00000000" w:rsidP="00E27BC1">
            <w:pPr>
              <w:jc w:val="center"/>
            </w:pPr>
            <w:r>
              <w:rPr>
                <w:b/>
                <w:color w:val="FFFFFF"/>
                <w:sz w:val="16"/>
              </w:rPr>
              <w:t>Carbohydrate (g)</w:t>
            </w:r>
          </w:p>
        </w:tc>
        <w:tc>
          <w:tcPr>
            <w:tcW w:w="1742" w:type="dxa"/>
            <w:shd w:val="clear" w:color="auto" w:fill="1F4E79"/>
          </w:tcPr>
          <w:p w14:paraId="76DBD426" w14:textId="77777777" w:rsidR="001B28BD" w:rsidRDefault="00000000" w:rsidP="00E27BC1">
            <w:pPr>
              <w:jc w:val="center"/>
            </w:pPr>
            <w:r>
              <w:rPr>
                <w:b/>
                <w:color w:val="FFFFFF"/>
                <w:sz w:val="16"/>
              </w:rPr>
              <w:t>Protein (g)</w:t>
            </w:r>
          </w:p>
        </w:tc>
        <w:tc>
          <w:tcPr>
            <w:tcW w:w="1742" w:type="dxa"/>
            <w:shd w:val="clear" w:color="auto" w:fill="1F4E79"/>
          </w:tcPr>
          <w:p w14:paraId="6A66A525" w14:textId="77777777" w:rsidR="001B28BD" w:rsidRDefault="00000000" w:rsidP="00E27BC1">
            <w:pPr>
              <w:jc w:val="center"/>
            </w:pPr>
            <w:r>
              <w:rPr>
                <w:b/>
                <w:color w:val="FFFFFF"/>
                <w:sz w:val="16"/>
              </w:rPr>
              <w:t>Fat (g)</w:t>
            </w:r>
          </w:p>
        </w:tc>
      </w:tr>
      <w:tr w:rsidR="001B28BD" w14:paraId="16A32FC6" w14:textId="77777777">
        <w:trPr>
          <w:jc w:val="center"/>
        </w:trPr>
        <w:tc>
          <w:tcPr>
            <w:tcW w:w="1742" w:type="dxa"/>
          </w:tcPr>
          <w:p w14:paraId="1E799CCA" w14:textId="77777777" w:rsidR="001B28BD" w:rsidRDefault="00000000">
            <w:r>
              <w:rPr>
                <w:sz w:val="14"/>
              </w:rPr>
              <w:t>Tuna &amp; Onion Panini HS</w:t>
            </w:r>
          </w:p>
        </w:tc>
        <w:tc>
          <w:tcPr>
            <w:tcW w:w="1742" w:type="dxa"/>
          </w:tcPr>
          <w:p w14:paraId="3A80AFF3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75EACA73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280</w:t>
            </w:r>
          </w:p>
        </w:tc>
        <w:tc>
          <w:tcPr>
            <w:tcW w:w="1742" w:type="dxa"/>
          </w:tcPr>
          <w:p w14:paraId="4B65A16D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417</w:t>
            </w:r>
          </w:p>
        </w:tc>
        <w:tc>
          <w:tcPr>
            <w:tcW w:w="1742" w:type="dxa"/>
          </w:tcPr>
          <w:p w14:paraId="14EEB1FC" w14:textId="77777777" w:rsidR="001B28BD" w:rsidRDefault="00000000">
            <w:r>
              <w:rPr>
                <w:sz w:val="14"/>
              </w:rPr>
              <w:t>Gluten, Wheat, Eggs, Fish</w:t>
            </w:r>
          </w:p>
        </w:tc>
        <w:tc>
          <w:tcPr>
            <w:tcW w:w="1742" w:type="dxa"/>
          </w:tcPr>
          <w:p w14:paraId="242ECCCB" w14:textId="77777777" w:rsidR="001B28BD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32733CB9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63.03</w:t>
            </w:r>
          </w:p>
        </w:tc>
        <w:tc>
          <w:tcPr>
            <w:tcW w:w="1742" w:type="dxa"/>
          </w:tcPr>
          <w:p w14:paraId="09ED48CC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23.22</w:t>
            </w:r>
          </w:p>
        </w:tc>
        <w:tc>
          <w:tcPr>
            <w:tcW w:w="1742" w:type="dxa"/>
          </w:tcPr>
          <w:p w14:paraId="6F0E6770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6.67</w:t>
            </w:r>
          </w:p>
        </w:tc>
      </w:tr>
      <w:tr w:rsidR="001B28BD" w14:paraId="6F2CE003" w14:textId="77777777">
        <w:trPr>
          <w:jc w:val="center"/>
        </w:trPr>
        <w:tc>
          <w:tcPr>
            <w:tcW w:w="1742" w:type="dxa"/>
          </w:tcPr>
          <w:p w14:paraId="0D6C6A9E" w14:textId="77777777" w:rsidR="001B28BD" w:rsidRDefault="00000000">
            <w:r>
              <w:rPr>
                <w:sz w:val="14"/>
              </w:rPr>
              <w:t>Cheese &amp; Onion Panini HS</w:t>
            </w:r>
          </w:p>
        </w:tc>
        <w:tc>
          <w:tcPr>
            <w:tcW w:w="1742" w:type="dxa"/>
          </w:tcPr>
          <w:p w14:paraId="1342DEE8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076E23E8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280</w:t>
            </w:r>
          </w:p>
        </w:tc>
        <w:tc>
          <w:tcPr>
            <w:tcW w:w="1742" w:type="dxa"/>
          </w:tcPr>
          <w:p w14:paraId="2764228C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564</w:t>
            </w:r>
          </w:p>
        </w:tc>
        <w:tc>
          <w:tcPr>
            <w:tcW w:w="1742" w:type="dxa"/>
          </w:tcPr>
          <w:p w14:paraId="478E0F3A" w14:textId="77777777" w:rsidR="001B28BD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2FEB1104" w14:textId="77777777" w:rsidR="001B28BD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67F8A456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63.64</w:t>
            </w:r>
          </w:p>
        </w:tc>
        <w:tc>
          <w:tcPr>
            <w:tcW w:w="1742" w:type="dxa"/>
          </w:tcPr>
          <w:p w14:paraId="48C567EF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22.72</w:t>
            </w:r>
          </w:p>
        </w:tc>
        <w:tc>
          <w:tcPr>
            <w:tcW w:w="1742" w:type="dxa"/>
          </w:tcPr>
          <w:p w14:paraId="58311CDB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22.87</w:t>
            </w:r>
          </w:p>
        </w:tc>
      </w:tr>
      <w:tr w:rsidR="001B28BD" w14:paraId="097B572E" w14:textId="77777777">
        <w:trPr>
          <w:jc w:val="center"/>
        </w:trPr>
        <w:tc>
          <w:tcPr>
            <w:tcW w:w="1742" w:type="dxa"/>
          </w:tcPr>
          <w:p w14:paraId="279AC6DB" w14:textId="77777777" w:rsidR="001B28BD" w:rsidRDefault="00000000">
            <w:r>
              <w:rPr>
                <w:sz w:val="14"/>
              </w:rPr>
              <w:t>Cheese Panini HS</w:t>
            </w:r>
          </w:p>
        </w:tc>
        <w:tc>
          <w:tcPr>
            <w:tcW w:w="1742" w:type="dxa"/>
          </w:tcPr>
          <w:p w14:paraId="77CB8B75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56B207C8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270</w:t>
            </w:r>
          </w:p>
        </w:tc>
        <w:tc>
          <w:tcPr>
            <w:tcW w:w="1742" w:type="dxa"/>
          </w:tcPr>
          <w:p w14:paraId="06E15C4D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559</w:t>
            </w:r>
          </w:p>
        </w:tc>
        <w:tc>
          <w:tcPr>
            <w:tcW w:w="1742" w:type="dxa"/>
          </w:tcPr>
          <w:p w14:paraId="0E9EA4E2" w14:textId="77777777" w:rsidR="001B28BD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77281A56" w14:textId="77777777" w:rsidR="001B28BD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588743D6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62.85</w:t>
            </w:r>
          </w:p>
        </w:tc>
        <w:tc>
          <w:tcPr>
            <w:tcW w:w="1742" w:type="dxa"/>
          </w:tcPr>
          <w:p w14:paraId="5842467A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22.6</w:t>
            </w:r>
          </w:p>
        </w:tc>
        <w:tc>
          <w:tcPr>
            <w:tcW w:w="1742" w:type="dxa"/>
          </w:tcPr>
          <w:p w14:paraId="01969914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22.85</w:t>
            </w:r>
          </w:p>
        </w:tc>
      </w:tr>
      <w:tr w:rsidR="001B28BD" w14:paraId="3CAA5176" w14:textId="77777777">
        <w:trPr>
          <w:jc w:val="center"/>
        </w:trPr>
        <w:tc>
          <w:tcPr>
            <w:tcW w:w="1742" w:type="dxa"/>
          </w:tcPr>
          <w:p w14:paraId="5BCC3B0E" w14:textId="77777777" w:rsidR="001B28BD" w:rsidRDefault="00000000">
            <w:r>
              <w:rPr>
                <w:sz w:val="14"/>
              </w:rPr>
              <w:t>Farmhouse Veg Soup HS</w:t>
            </w:r>
          </w:p>
        </w:tc>
        <w:tc>
          <w:tcPr>
            <w:tcW w:w="1742" w:type="dxa"/>
          </w:tcPr>
          <w:p w14:paraId="45026808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085DD845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252</w:t>
            </w:r>
          </w:p>
        </w:tc>
        <w:tc>
          <w:tcPr>
            <w:tcW w:w="1742" w:type="dxa"/>
          </w:tcPr>
          <w:p w14:paraId="133E8EFC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59</w:t>
            </w:r>
          </w:p>
        </w:tc>
        <w:tc>
          <w:tcPr>
            <w:tcW w:w="1742" w:type="dxa"/>
          </w:tcPr>
          <w:p w14:paraId="62000AB3" w14:textId="77777777" w:rsidR="001B28BD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36A754DD" w14:textId="77777777" w:rsidR="001B28BD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4C6F61F9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10.1</w:t>
            </w:r>
          </w:p>
        </w:tc>
        <w:tc>
          <w:tcPr>
            <w:tcW w:w="1742" w:type="dxa"/>
          </w:tcPr>
          <w:p w14:paraId="680E766E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1.26</w:t>
            </w:r>
          </w:p>
        </w:tc>
        <w:tc>
          <w:tcPr>
            <w:tcW w:w="1742" w:type="dxa"/>
          </w:tcPr>
          <w:p w14:paraId="0DE24629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1.1</w:t>
            </w:r>
          </w:p>
        </w:tc>
      </w:tr>
      <w:tr w:rsidR="001B28BD" w14:paraId="056D76A3" w14:textId="77777777">
        <w:trPr>
          <w:jc w:val="center"/>
        </w:trPr>
        <w:tc>
          <w:tcPr>
            <w:tcW w:w="1742" w:type="dxa"/>
          </w:tcPr>
          <w:p w14:paraId="6D03E90A" w14:textId="77777777" w:rsidR="001B28BD" w:rsidRDefault="00000000">
            <w:r>
              <w:rPr>
                <w:sz w:val="14"/>
              </w:rPr>
              <w:t>Chilli with Rice HS</w:t>
            </w:r>
          </w:p>
        </w:tc>
        <w:tc>
          <w:tcPr>
            <w:tcW w:w="1742" w:type="dxa"/>
          </w:tcPr>
          <w:p w14:paraId="4A102848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68E6318A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380</w:t>
            </w:r>
          </w:p>
        </w:tc>
        <w:tc>
          <w:tcPr>
            <w:tcW w:w="1742" w:type="dxa"/>
          </w:tcPr>
          <w:p w14:paraId="62075DBD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429</w:t>
            </w:r>
          </w:p>
        </w:tc>
        <w:tc>
          <w:tcPr>
            <w:tcW w:w="1742" w:type="dxa"/>
          </w:tcPr>
          <w:p w14:paraId="4FA3F6FF" w14:textId="77777777" w:rsidR="001B28BD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60477E95" w14:textId="77777777" w:rsidR="001B28BD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31D01430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60.82</w:t>
            </w:r>
          </w:p>
        </w:tc>
        <w:tc>
          <w:tcPr>
            <w:tcW w:w="1742" w:type="dxa"/>
          </w:tcPr>
          <w:p w14:paraId="16A34B29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23.79</w:t>
            </w:r>
          </w:p>
        </w:tc>
        <w:tc>
          <w:tcPr>
            <w:tcW w:w="1742" w:type="dxa"/>
          </w:tcPr>
          <w:p w14:paraId="11870F95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9.28</w:t>
            </w:r>
          </w:p>
        </w:tc>
      </w:tr>
      <w:tr w:rsidR="001B28BD" w14:paraId="7D524815" w14:textId="77777777">
        <w:trPr>
          <w:jc w:val="center"/>
        </w:trPr>
        <w:tc>
          <w:tcPr>
            <w:tcW w:w="1742" w:type="dxa"/>
          </w:tcPr>
          <w:p w14:paraId="536D04D5" w14:textId="77777777" w:rsidR="001B28BD" w:rsidRDefault="00000000">
            <w:r>
              <w:rPr>
                <w:sz w:val="14"/>
              </w:rPr>
              <w:t>Hot Chicken Wrap HS</w:t>
            </w:r>
          </w:p>
        </w:tc>
        <w:tc>
          <w:tcPr>
            <w:tcW w:w="1742" w:type="dxa"/>
          </w:tcPr>
          <w:p w14:paraId="185F535F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1C0E1DE2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174</w:t>
            </w:r>
          </w:p>
        </w:tc>
        <w:tc>
          <w:tcPr>
            <w:tcW w:w="1742" w:type="dxa"/>
          </w:tcPr>
          <w:p w14:paraId="649D2DAF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369</w:t>
            </w:r>
          </w:p>
        </w:tc>
        <w:tc>
          <w:tcPr>
            <w:tcW w:w="1742" w:type="dxa"/>
          </w:tcPr>
          <w:p w14:paraId="7CEE7075" w14:textId="77777777" w:rsidR="001B28BD" w:rsidRDefault="00000000">
            <w:r>
              <w:rPr>
                <w:sz w:val="14"/>
              </w:rPr>
              <w:t>Gluten, Wheat</w:t>
            </w:r>
          </w:p>
        </w:tc>
        <w:tc>
          <w:tcPr>
            <w:tcW w:w="1742" w:type="dxa"/>
          </w:tcPr>
          <w:p w14:paraId="625D2932" w14:textId="77777777" w:rsidR="001B28BD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2B024433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42.37</w:t>
            </w:r>
          </w:p>
        </w:tc>
        <w:tc>
          <w:tcPr>
            <w:tcW w:w="1742" w:type="dxa"/>
          </w:tcPr>
          <w:p w14:paraId="10FF149F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21.49</w:t>
            </w:r>
          </w:p>
        </w:tc>
        <w:tc>
          <w:tcPr>
            <w:tcW w:w="1742" w:type="dxa"/>
          </w:tcPr>
          <w:p w14:paraId="24C6E52A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11.87</w:t>
            </w:r>
          </w:p>
        </w:tc>
      </w:tr>
    </w:tbl>
    <w:p w14:paraId="1342C622" w14:textId="77777777" w:rsidR="00E27BC1" w:rsidRDefault="00E27BC1">
      <w:pPr>
        <w:pStyle w:val="Heading2"/>
      </w:pPr>
    </w:p>
    <w:p w14:paraId="3E601DA6" w14:textId="77777777" w:rsidR="00E27BC1" w:rsidRDefault="00E27BC1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8"/>
          <w:szCs w:val="26"/>
        </w:rPr>
      </w:pPr>
      <w:r>
        <w:br w:type="page"/>
      </w:r>
    </w:p>
    <w:p w14:paraId="7990A518" w14:textId="03B7D481" w:rsidR="001B28BD" w:rsidRDefault="00000000">
      <w:pPr>
        <w:pStyle w:val="Heading2"/>
      </w:pPr>
      <w:r>
        <w:lastRenderedPageBreak/>
        <w:t>Thursday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42"/>
        <w:gridCol w:w="1742"/>
        <w:gridCol w:w="1742"/>
        <w:gridCol w:w="1742"/>
        <w:gridCol w:w="1742"/>
        <w:gridCol w:w="1742"/>
        <w:gridCol w:w="1742"/>
        <w:gridCol w:w="1742"/>
        <w:gridCol w:w="1742"/>
      </w:tblGrid>
      <w:tr w:rsidR="001B28BD" w14:paraId="7B7B525E" w14:textId="77777777">
        <w:trPr>
          <w:tblHeader/>
          <w:jc w:val="center"/>
        </w:trPr>
        <w:tc>
          <w:tcPr>
            <w:tcW w:w="1742" w:type="dxa"/>
            <w:shd w:val="clear" w:color="auto" w:fill="1F4E79"/>
          </w:tcPr>
          <w:p w14:paraId="3D1A70F9" w14:textId="77777777" w:rsidR="001B28BD" w:rsidRDefault="00000000"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w="1742" w:type="dxa"/>
            <w:shd w:val="clear" w:color="auto" w:fill="1F4E79"/>
          </w:tcPr>
          <w:p w14:paraId="3A6CCB03" w14:textId="77777777" w:rsidR="001B28BD" w:rsidRDefault="00000000" w:rsidP="00E27BC1">
            <w:pPr>
              <w:jc w:val="center"/>
            </w:pPr>
            <w:r>
              <w:rPr>
                <w:b/>
                <w:color w:val="FFFFFF"/>
                <w:sz w:val="16"/>
              </w:rPr>
              <w:t>Portion</w:t>
            </w:r>
          </w:p>
        </w:tc>
        <w:tc>
          <w:tcPr>
            <w:tcW w:w="1742" w:type="dxa"/>
            <w:shd w:val="clear" w:color="auto" w:fill="1F4E79"/>
          </w:tcPr>
          <w:p w14:paraId="7AB501A9" w14:textId="77777777" w:rsidR="001B28BD" w:rsidRDefault="00000000" w:rsidP="00E27BC1">
            <w:pPr>
              <w:jc w:val="center"/>
            </w:pPr>
            <w:r>
              <w:rPr>
                <w:b/>
                <w:color w:val="FFFFFF"/>
                <w:sz w:val="16"/>
              </w:rPr>
              <w:t>Portion size</w:t>
            </w:r>
          </w:p>
        </w:tc>
        <w:tc>
          <w:tcPr>
            <w:tcW w:w="1742" w:type="dxa"/>
            <w:shd w:val="clear" w:color="auto" w:fill="1F4E79"/>
          </w:tcPr>
          <w:p w14:paraId="0D0DACDB" w14:textId="77777777" w:rsidR="001B28BD" w:rsidRDefault="00000000" w:rsidP="00E27BC1">
            <w:pPr>
              <w:jc w:val="center"/>
            </w:pPr>
            <w:r>
              <w:rPr>
                <w:b/>
                <w:color w:val="FFFFFF"/>
                <w:sz w:val="16"/>
              </w:rPr>
              <w:t>Calories per serving</w:t>
            </w:r>
          </w:p>
        </w:tc>
        <w:tc>
          <w:tcPr>
            <w:tcW w:w="1742" w:type="dxa"/>
            <w:shd w:val="clear" w:color="auto" w:fill="1F4E79"/>
          </w:tcPr>
          <w:p w14:paraId="60ACF5CB" w14:textId="77777777" w:rsidR="001B28BD" w:rsidRDefault="00000000">
            <w:r>
              <w:rPr>
                <w:b/>
                <w:color w:val="FFFFFF"/>
                <w:sz w:val="16"/>
              </w:rPr>
              <w:t>Contains allergens</w:t>
            </w:r>
          </w:p>
        </w:tc>
        <w:tc>
          <w:tcPr>
            <w:tcW w:w="1742" w:type="dxa"/>
            <w:shd w:val="clear" w:color="auto" w:fill="1F4E79"/>
          </w:tcPr>
          <w:p w14:paraId="665E5B57" w14:textId="77777777" w:rsidR="001B28BD" w:rsidRDefault="00000000">
            <w:r>
              <w:rPr>
                <w:b/>
                <w:color w:val="FFFFFF"/>
                <w:sz w:val="16"/>
              </w:rPr>
              <w:t>May contain allergens</w:t>
            </w:r>
          </w:p>
        </w:tc>
        <w:tc>
          <w:tcPr>
            <w:tcW w:w="1742" w:type="dxa"/>
            <w:shd w:val="clear" w:color="auto" w:fill="1F4E79"/>
          </w:tcPr>
          <w:p w14:paraId="4CE2F657" w14:textId="77777777" w:rsidR="001B28BD" w:rsidRDefault="00000000" w:rsidP="00E27BC1">
            <w:pPr>
              <w:jc w:val="center"/>
            </w:pPr>
            <w:r>
              <w:rPr>
                <w:b/>
                <w:color w:val="FFFFFF"/>
                <w:sz w:val="16"/>
              </w:rPr>
              <w:t>Carbohydrate (g)</w:t>
            </w:r>
          </w:p>
        </w:tc>
        <w:tc>
          <w:tcPr>
            <w:tcW w:w="1742" w:type="dxa"/>
            <w:shd w:val="clear" w:color="auto" w:fill="1F4E79"/>
          </w:tcPr>
          <w:p w14:paraId="3A114A5D" w14:textId="77777777" w:rsidR="001B28BD" w:rsidRDefault="00000000" w:rsidP="00E27BC1">
            <w:pPr>
              <w:jc w:val="center"/>
            </w:pPr>
            <w:r>
              <w:rPr>
                <w:b/>
                <w:color w:val="FFFFFF"/>
                <w:sz w:val="16"/>
              </w:rPr>
              <w:t>Protein (g)</w:t>
            </w:r>
          </w:p>
        </w:tc>
        <w:tc>
          <w:tcPr>
            <w:tcW w:w="1742" w:type="dxa"/>
            <w:shd w:val="clear" w:color="auto" w:fill="1F4E79"/>
          </w:tcPr>
          <w:p w14:paraId="445E94B2" w14:textId="77777777" w:rsidR="001B28BD" w:rsidRDefault="00000000" w:rsidP="00E27BC1">
            <w:pPr>
              <w:jc w:val="center"/>
            </w:pPr>
            <w:r>
              <w:rPr>
                <w:b/>
                <w:color w:val="FFFFFF"/>
                <w:sz w:val="16"/>
              </w:rPr>
              <w:t>Fat (g)</w:t>
            </w:r>
          </w:p>
        </w:tc>
      </w:tr>
      <w:tr w:rsidR="001B28BD" w14:paraId="29F1CB32" w14:textId="77777777">
        <w:trPr>
          <w:jc w:val="center"/>
        </w:trPr>
        <w:tc>
          <w:tcPr>
            <w:tcW w:w="1742" w:type="dxa"/>
          </w:tcPr>
          <w:p w14:paraId="4513DAF5" w14:textId="77777777" w:rsidR="001B28BD" w:rsidRDefault="00000000">
            <w:r>
              <w:rPr>
                <w:sz w:val="14"/>
              </w:rPr>
              <w:t>Tuna &amp; Onion Panini HS</w:t>
            </w:r>
          </w:p>
        </w:tc>
        <w:tc>
          <w:tcPr>
            <w:tcW w:w="1742" w:type="dxa"/>
          </w:tcPr>
          <w:p w14:paraId="25C3B7C1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606D3D47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280</w:t>
            </w:r>
          </w:p>
        </w:tc>
        <w:tc>
          <w:tcPr>
            <w:tcW w:w="1742" w:type="dxa"/>
          </w:tcPr>
          <w:p w14:paraId="59D4C8A6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417</w:t>
            </w:r>
          </w:p>
        </w:tc>
        <w:tc>
          <w:tcPr>
            <w:tcW w:w="1742" w:type="dxa"/>
          </w:tcPr>
          <w:p w14:paraId="53226BCF" w14:textId="77777777" w:rsidR="001B28BD" w:rsidRDefault="00000000">
            <w:r>
              <w:rPr>
                <w:sz w:val="14"/>
              </w:rPr>
              <w:t>Gluten, Wheat, Eggs, Fish</w:t>
            </w:r>
          </w:p>
        </w:tc>
        <w:tc>
          <w:tcPr>
            <w:tcW w:w="1742" w:type="dxa"/>
          </w:tcPr>
          <w:p w14:paraId="6A8EC66E" w14:textId="77777777" w:rsidR="001B28BD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025F48D3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63.03</w:t>
            </w:r>
          </w:p>
        </w:tc>
        <w:tc>
          <w:tcPr>
            <w:tcW w:w="1742" w:type="dxa"/>
          </w:tcPr>
          <w:p w14:paraId="1C79787B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23.22</w:t>
            </w:r>
          </w:p>
        </w:tc>
        <w:tc>
          <w:tcPr>
            <w:tcW w:w="1742" w:type="dxa"/>
          </w:tcPr>
          <w:p w14:paraId="7B0FD881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6.67</w:t>
            </w:r>
          </w:p>
        </w:tc>
      </w:tr>
      <w:tr w:rsidR="001B28BD" w14:paraId="79DC1202" w14:textId="77777777">
        <w:trPr>
          <w:jc w:val="center"/>
        </w:trPr>
        <w:tc>
          <w:tcPr>
            <w:tcW w:w="1742" w:type="dxa"/>
          </w:tcPr>
          <w:p w14:paraId="3C0CFA3B" w14:textId="77777777" w:rsidR="001B28BD" w:rsidRDefault="00000000">
            <w:r>
              <w:rPr>
                <w:sz w:val="14"/>
              </w:rPr>
              <w:t>Cheese Panini HS</w:t>
            </w:r>
          </w:p>
        </w:tc>
        <w:tc>
          <w:tcPr>
            <w:tcW w:w="1742" w:type="dxa"/>
          </w:tcPr>
          <w:p w14:paraId="58E884B2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6B3783A4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270</w:t>
            </w:r>
          </w:p>
        </w:tc>
        <w:tc>
          <w:tcPr>
            <w:tcW w:w="1742" w:type="dxa"/>
          </w:tcPr>
          <w:p w14:paraId="4BC228C2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559</w:t>
            </w:r>
          </w:p>
        </w:tc>
        <w:tc>
          <w:tcPr>
            <w:tcW w:w="1742" w:type="dxa"/>
          </w:tcPr>
          <w:p w14:paraId="72A26FD1" w14:textId="77777777" w:rsidR="001B28BD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5CA8A0DB" w14:textId="77777777" w:rsidR="001B28BD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4C2FDC2E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62.85</w:t>
            </w:r>
          </w:p>
        </w:tc>
        <w:tc>
          <w:tcPr>
            <w:tcW w:w="1742" w:type="dxa"/>
          </w:tcPr>
          <w:p w14:paraId="631EBCC1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22.6</w:t>
            </w:r>
          </w:p>
        </w:tc>
        <w:tc>
          <w:tcPr>
            <w:tcW w:w="1742" w:type="dxa"/>
          </w:tcPr>
          <w:p w14:paraId="2D3C3578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22.85</w:t>
            </w:r>
          </w:p>
        </w:tc>
      </w:tr>
      <w:tr w:rsidR="001B28BD" w14:paraId="7F0E6CD8" w14:textId="77777777">
        <w:trPr>
          <w:jc w:val="center"/>
        </w:trPr>
        <w:tc>
          <w:tcPr>
            <w:tcW w:w="1742" w:type="dxa"/>
          </w:tcPr>
          <w:p w14:paraId="0AABD9A1" w14:textId="77777777" w:rsidR="001B28BD" w:rsidRDefault="00000000">
            <w:r>
              <w:rPr>
                <w:sz w:val="14"/>
              </w:rPr>
              <w:t>Cheese &amp; Onion Panini HS</w:t>
            </w:r>
          </w:p>
        </w:tc>
        <w:tc>
          <w:tcPr>
            <w:tcW w:w="1742" w:type="dxa"/>
          </w:tcPr>
          <w:p w14:paraId="7DC8B58C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17E9C7AE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280</w:t>
            </w:r>
          </w:p>
        </w:tc>
        <w:tc>
          <w:tcPr>
            <w:tcW w:w="1742" w:type="dxa"/>
          </w:tcPr>
          <w:p w14:paraId="7E9E0F96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564</w:t>
            </w:r>
          </w:p>
        </w:tc>
        <w:tc>
          <w:tcPr>
            <w:tcW w:w="1742" w:type="dxa"/>
          </w:tcPr>
          <w:p w14:paraId="10C8E23C" w14:textId="77777777" w:rsidR="001B28BD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059BCB47" w14:textId="77777777" w:rsidR="001B28BD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44D20E1A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63.64</w:t>
            </w:r>
          </w:p>
        </w:tc>
        <w:tc>
          <w:tcPr>
            <w:tcW w:w="1742" w:type="dxa"/>
          </w:tcPr>
          <w:p w14:paraId="4973D4D6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22.72</w:t>
            </w:r>
          </w:p>
        </w:tc>
        <w:tc>
          <w:tcPr>
            <w:tcW w:w="1742" w:type="dxa"/>
          </w:tcPr>
          <w:p w14:paraId="7BB8E3F7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22.87</w:t>
            </w:r>
          </w:p>
        </w:tc>
      </w:tr>
      <w:tr w:rsidR="001B28BD" w14:paraId="01AFE8FD" w14:textId="77777777">
        <w:trPr>
          <w:jc w:val="center"/>
        </w:trPr>
        <w:tc>
          <w:tcPr>
            <w:tcW w:w="1742" w:type="dxa"/>
          </w:tcPr>
          <w:p w14:paraId="67728CE2" w14:textId="77777777" w:rsidR="001B28BD" w:rsidRDefault="00000000">
            <w:r>
              <w:rPr>
                <w:sz w:val="14"/>
              </w:rPr>
              <w:t>Lentil &amp; Veg Soup HS</w:t>
            </w:r>
          </w:p>
        </w:tc>
        <w:tc>
          <w:tcPr>
            <w:tcW w:w="1742" w:type="dxa"/>
          </w:tcPr>
          <w:p w14:paraId="3093A207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2ABBBDE9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251</w:t>
            </w:r>
          </w:p>
        </w:tc>
        <w:tc>
          <w:tcPr>
            <w:tcW w:w="1742" w:type="dxa"/>
          </w:tcPr>
          <w:p w14:paraId="7F71658A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103</w:t>
            </w:r>
          </w:p>
        </w:tc>
        <w:tc>
          <w:tcPr>
            <w:tcW w:w="1742" w:type="dxa"/>
          </w:tcPr>
          <w:p w14:paraId="3C514D6E" w14:textId="77777777" w:rsidR="001B28BD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161436D3" w14:textId="77777777" w:rsidR="001B28BD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20880988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15.84</w:t>
            </w:r>
          </w:p>
        </w:tc>
        <w:tc>
          <w:tcPr>
            <w:tcW w:w="1742" w:type="dxa"/>
          </w:tcPr>
          <w:p w14:paraId="1DE267D2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5.07</w:t>
            </w:r>
          </w:p>
        </w:tc>
        <w:tc>
          <w:tcPr>
            <w:tcW w:w="1742" w:type="dxa"/>
          </w:tcPr>
          <w:p w14:paraId="11B5ACB9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1.65</w:t>
            </w:r>
          </w:p>
        </w:tc>
      </w:tr>
      <w:tr w:rsidR="001B28BD" w14:paraId="577004EC" w14:textId="77777777">
        <w:trPr>
          <w:jc w:val="center"/>
        </w:trPr>
        <w:tc>
          <w:tcPr>
            <w:tcW w:w="1742" w:type="dxa"/>
          </w:tcPr>
          <w:p w14:paraId="5489D2BA" w14:textId="77777777" w:rsidR="001B28BD" w:rsidRDefault="00000000">
            <w:r>
              <w:rPr>
                <w:sz w:val="14"/>
              </w:rPr>
              <w:t>Breaded fish Goujons HS</w:t>
            </w:r>
          </w:p>
        </w:tc>
        <w:tc>
          <w:tcPr>
            <w:tcW w:w="1742" w:type="dxa"/>
          </w:tcPr>
          <w:p w14:paraId="466618D7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55D3D6D5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316</w:t>
            </w:r>
          </w:p>
        </w:tc>
        <w:tc>
          <w:tcPr>
            <w:tcW w:w="1742" w:type="dxa"/>
          </w:tcPr>
          <w:p w14:paraId="3AE58458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584</w:t>
            </w:r>
          </w:p>
        </w:tc>
        <w:tc>
          <w:tcPr>
            <w:tcW w:w="1742" w:type="dxa"/>
          </w:tcPr>
          <w:p w14:paraId="1212EB14" w14:textId="77777777" w:rsidR="001B28BD" w:rsidRDefault="00000000">
            <w:r>
              <w:rPr>
                <w:sz w:val="14"/>
              </w:rPr>
              <w:t>Gluten, Wheat, Eggs, Fish</w:t>
            </w:r>
          </w:p>
        </w:tc>
        <w:tc>
          <w:tcPr>
            <w:tcW w:w="1742" w:type="dxa"/>
          </w:tcPr>
          <w:p w14:paraId="7AD12033" w14:textId="77777777" w:rsidR="001B28BD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43CD3EBC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61.56</w:t>
            </w:r>
          </w:p>
        </w:tc>
        <w:tc>
          <w:tcPr>
            <w:tcW w:w="1742" w:type="dxa"/>
          </w:tcPr>
          <w:p w14:paraId="33EC9607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18.48</w:t>
            </w:r>
          </w:p>
        </w:tc>
        <w:tc>
          <w:tcPr>
            <w:tcW w:w="1742" w:type="dxa"/>
          </w:tcPr>
          <w:p w14:paraId="16445B52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27.97</w:t>
            </w:r>
          </w:p>
        </w:tc>
      </w:tr>
      <w:tr w:rsidR="001B28BD" w14:paraId="3E1C1926" w14:textId="77777777">
        <w:trPr>
          <w:jc w:val="center"/>
        </w:trPr>
        <w:tc>
          <w:tcPr>
            <w:tcW w:w="1742" w:type="dxa"/>
          </w:tcPr>
          <w:p w14:paraId="7F79AB0C" w14:textId="77777777" w:rsidR="001B28BD" w:rsidRDefault="00000000">
            <w:r>
              <w:rPr>
                <w:sz w:val="14"/>
              </w:rPr>
              <w:t>Breaded Chicken Grill HS</w:t>
            </w:r>
          </w:p>
        </w:tc>
        <w:tc>
          <w:tcPr>
            <w:tcW w:w="1742" w:type="dxa"/>
          </w:tcPr>
          <w:p w14:paraId="79A3D8FA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1DC7E522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250</w:t>
            </w:r>
          </w:p>
        </w:tc>
        <w:tc>
          <w:tcPr>
            <w:tcW w:w="1742" w:type="dxa"/>
          </w:tcPr>
          <w:p w14:paraId="18AE1C00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360</w:t>
            </w:r>
          </w:p>
        </w:tc>
        <w:tc>
          <w:tcPr>
            <w:tcW w:w="1742" w:type="dxa"/>
          </w:tcPr>
          <w:p w14:paraId="6A74ECE3" w14:textId="77777777" w:rsidR="001B28BD" w:rsidRDefault="00000000">
            <w:r>
              <w:rPr>
                <w:sz w:val="14"/>
              </w:rPr>
              <w:t>Gluten, Wheat</w:t>
            </w:r>
          </w:p>
        </w:tc>
        <w:tc>
          <w:tcPr>
            <w:tcW w:w="1742" w:type="dxa"/>
          </w:tcPr>
          <w:p w14:paraId="22B0A5D8" w14:textId="77777777" w:rsidR="001B28BD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6DD72017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51.92</w:t>
            </w:r>
          </w:p>
        </w:tc>
        <w:tc>
          <w:tcPr>
            <w:tcW w:w="1742" w:type="dxa"/>
          </w:tcPr>
          <w:p w14:paraId="70F6FD47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19.92</w:t>
            </w:r>
          </w:p>
        </w:tc>
        <w:tc>
          <w:tcPr>
            <w:tcW w:w="1742" w:type="dxa"/>
          </w:tcPr>
          <w:p w14:paraId="4E5F6E6D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7.04</w:t>
            </w:r>
          </w:p>
        </w:tc>
      </w:tr>
    </w:tbl>
    <w:p w14:paraId="3C8A81F9" w14:textId="77777777" w:rsidR="001B28BD" w:rsidRDefault="00000000">
      <w:pPr>
        <w:pStyle w:val="Heading2"/>
      </w:pPr>
      <w:r>
        <w:t>Friday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42"/>
        <w:gridCol w:w="1742"/>
        <w:gridCol w:w="1742"/>
        <w:gridCol w:w="1742"/>
        <w:gridCol w:w="1742"/>
        <w:gridCol w:w="1742"/>
        <w:gridCol w:w="1742"/>
        <w:gridCol w:w="1742"/>
        <w:gridCol w:w="1742"/>
      </w:tblGrid>
      <w:tr w:rsidR="001B28BD" w14:paraId="269FD662" w14:textId="77777777">
        <w:trPr>
          <w:tblHeader/>
          <w:jc w:val="center"/>
        </w:trPr>
        <w:tc>
          <w:tcPr>
            <w:tcW w:w="1742" w:type="dxa"/>
            <w:shd w:val="clear" w:color="auto" w:fill="1F4E79"/>
          </w:tcPr>
          <w:p w14:paraId="28A90F17" w14:textId="77777777" w:rsidR="001B28BD" w:rsidRDefault="00000000"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w="1742" w:type="dxa"/>
            <w:shd w:val="clear" w:color="auto" w:fill="1F4E79"/>
          </w:tcPr>
          <w:p w14:paraId="78B4B2D4" w14:textId="77777777" w:rsidR="001B28BD" w:rsidRDefault="00000000" w:rsidP="00E27BC1">
            <w:pPr>
              <w:jc w:val="center"/>
            </w:pPr>
            <w:r>
              <w:rPr>
                <w:b/>
                <w:color w:val="FFFFFF"/>
                <w:sz w:val="16"/>
              </w:rPr>
              <w:t>Portion</w:t>
            </w:r>
          </w:p>
        </w:tc>
        <w:tc>
          <w:tcPr>
            <w:tcW w:w="1742" w:type="dxa"/>
            <w:shd w:val="clear" w:color="auto" w:fill="1F4E79"/>
          </w:tcPr>
          <w:p w14:paraId="473D682D" w14:textId="77777777" w:rsidR="001B28BD" w:rsidRDefault="00000000" w:rsidP="00E27BC1">
            <w:pPr>
              <w:jc w:val="center"/>
            </w:pPr>
            <w:r>
              <w:rPr>
                <w:b/>
                <w:color w:val="FFFFFF"/>
                <w:sz w:val="16"/>
              </w:rPr>
              <w:t>Portion size</w:t>
            </w:r>
          </w:p>
        </w:tc>
        <w:tc>
          <w:tcPr>
            <w:tcW w:w="1742" w:type="dxa"/>
            <w:shd w:val="clear" w:color="auto" w:fill="1F4E79"/>
          </w:tcPr>
          <w:p w14:paraId="19D25540" w14:textId="77777777" w:rsidR="001B28BD" w:rsidRDefault="00000000" w:rsidP="00E27BC1">
            <w:pPr>
              <w:jc w:val="center"/>
            </w:pPr>
            <w:r>
              <w:rPr>
                <w:b/>
                <w:color w:val="FFFFFF"/>
                <w:sz w:val="16"/>
              </w:rPr>
              <w:t>Calories per serving</w:t>
            </w:r>
          </w:p>
        </w:tc>
        <w:tc>
          <w:tcPr>
            <w:tcW w:w="1742" w:type="dxa"/>
            <w:shd w:val="clear" w:color="auto" w:fill="1F4E79"/>
          </w:tcPr>
          <w:p w14:paraId="351D35FE" w14:textId="77777777" w:rsidR="001B28BD" w:rsidRDefault="00000000">
            <w:r>
              <w:rPr>
                <w:b/>
                <w:color w:val="FFFFFF"/>
                <w:sz w:val="16"/>
              </w:rPr>
              <w:t>Contains allergens</w:t>
            </w:r>
          </w:p>
        </w:tc>
        <w:tc>
          <w:tcPr>
            <w:tcW w:w="1742" w:type="dxa"/>
            <w:shd w:val="clear" w:color="auto" w:fill="1F4E79"/>
          </w:tcPr>
          <w:p w14:paraId="3CAD1E86" w14:textId="77777777" w:rsidR="001B28BD" w:rsidRDefault="00000000">
            <w:r>
              <w:rPr>
                <w:b/>
                <w:color w:val="FFFFFF"/>
                <w:sz w:val="16"/>
              </w:rPr>
              <w:t>May contain allergens</w:t>
            </w:r>
          </w:p>
        </w:tc>
        <w:tc>
          <w:tcPr>
            <w:tcW w:w="1742" w:type="dxa"/>
            <w:shd w:val="clear" w:color="auto" w:fill="1F4E79"/>
          </w:tcPr>
          <w:p w14:paraId="5878DEEF" w14:textId="77777777" w:rsidR="001B28BD" w:rsidRDefault="00000000" w:rsidP="00E27BC1">
            <w:pPr>
              <w:jc w:val="center"/>
            </w:pPr>
            <w:r>
              <w:rPr>
                <w:b/>
                <w:color w:val="FFFFFF"/>
                <w:sz w:val="16"/>
              </w:rPr>
              <w:t>Carbohydrate (g)</w:t>
            </w:r>
          </w:p>
        </w:tc>
        <w:tc>
          <w:tcPr>
            <w:tcW w:w="1742" w:type="dxa"/>
            <w:shd w:val="clear" w:color="auto" w:fill="1F4E79"/>
          </w:tcPr>
          <w:p w14:paraId="300D5203" w14:textId="77777777" w:rsidR="001B28BD" w:rsidRDefault="00000000" w:rsidP="00E27BC1">
            <w:pPr>
              <w:jc w:val="center"/>
            </w:pPr>
            <w:r>
              <w:rPr>
                <w:b/>
                <w:color w:val="FFFFFF"/>
                <w:sz w:val="16"/>
              </w:rPr>
              <w:t>Protein (g)</w:t>
            </w:r>
          </w:p>
        </w:tc>
        <w:tc>
          <w:tcPr>
            <w:tcW w:w="1742" w:type="dxa"/>
            <w:shd w:val="clear" w:color="auto" w:fill="1F4E79"/>
          </w:tcPr>
          <w:p w14:paraId="0A10191B" w14:textId="77777777" w:rsidR="001B28BD" w:rsidRDefault="00000000" w:rsidP="00E27BC1">
            <w:pPr>
              <w:jc w:val="center"/>
            </w:pPr>
            <w:r>
              <w:rPr>
                <w:b/>
                <w:color w:val="FFFFFF"/>
                <w:sz w:val="16"/>
              </w:rPr>
              <w:t>Fat (g)</w:t>
            </w:r>
          </w:p>
        </w:tc>
      </w:tr>
      <w:tr w:rsidR="001B28BD" w14:paraId="6EA863F3" w14:textId="77777777">
        <w:trPr>
          <w:jc w:val="center"/>
        </w:trPr>
        <w:tc>
          <w:tcPr>
            <w:tcW w:w="1742" w:type="dxa"/>
          </w:tcPr>
          <w:p w14:paraId="5CF04292" w14:textId="77777777" w:rsidR="001B28BD" w:rsidRDefault="00000000">
            <w:r>
              <w:rPr>
                <w:sz w:val="14"/>
              </w:rPr>
              <w:t>Tuna &amp; Onion Panini HS</w:t>
            </w:r>
          </w:p>
        </w:tc>
        <w:tc>
          <w:tcPr>
            <w:tcW w:w="1742" w:type="dxa"/>
          </w:tcPr>
          <w:p w14:paraId="0836B422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35A92EB4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280</w:t>
            </w:r>
          </w:p>
        </w:tc>
        <w:tc>
          <w:tcPr>
            <w:tcW w:w="1742" w:type="dxa"/>
          </w:tcPr>
          <w:p w14:paraId="36718BA1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417</w:t>
            </w:r>
          </w:p>
        </w:tc>
        <w:tc>
          <w:tcPr>
            <w:tcW w:w="1742" w:type="dxa"/>
          </w:tcPr>
          <w:p w14:paraId="3D0669F8" w14:textId="77777777" w:rsidR="001B28BD" w:rsidRDefault="00000000">
            <w:r>
              <w:rPr>
                <w:sz w:val="14"/>
              </w:rPr>
              <w:t>Gluten, Wheat, Eggs, Fish</w:t>
            </w:r>
          </w:p>
        </w:tc>
        <w:tc>
          <w:tcPr>
            <w:tcW w:w="1742" w:type="dxa"/>
          </w:tcPr>
          <w:p w14:paraId="3A1C17B3" w14:textId="77777777" w:rsidR="001B28BD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62C6083D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63.03</w:t>
            </w:r>
          </w:p>
        </w:tc>
        <w:tc>
          <w:tcPr>
            <w:tcW w:w="1742" w:type="dxa"/>
          </w:tcPr>
          <w:p w14:paraId="623700AC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23.22</w:t>
            </w:r>
          </w:p>
        </w:tc>
        <w:tc>
          <w:tcPr>
            <w:tcW w:w="1742" w:type="dxa"/>
          </w:tcPr>
          <w:p w14:paraId="7321B1A1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6.67</w:t>
            </w:r>
          </w:p>
        </w:tc>
      </w:tr>
      <w:tr w:rsidR="001B28BD" w14:paraId="295679A6" w14:textId="77777777">
        <w:trPr>
          <w:jc w:val="center"/>
        </w:trPr>
        <w:tc>
          <w:tcPr>
            <w:tcW w:w="1742" w:type="dxa"/>
          </w:tcPr>
          <w:p w14:paraId="4D0F41DC" w14:textId="77777777" w:rsidR="001B28BD" w:rsidRDefault="00000000">
            <w:r>
              <w:rPr>
                <w:sz w:val="14"/>
              </w:rPr>
              <w:t>Cheese &amp; Onion Panini HS</w:t>
            </w:r>
          </w:p>
        </w:tc>
        <w:tc>
          <w:tcPr>
            <w:tcW w:w="1742" w:type="dxa"/>
          </w:tcPr>
          <w:p w14:paraId="5D5E7401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0B953776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280</w:t>
            </w:r>
          </w:p>
        </w:tc>
        <w:tc>
          <w:tcPr>
            <w:tcW w:w="1742" w:type="dxa"/>
          </w:tcPr>
          <w:p w14:paraId="767D6F53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564</w:t>
            </w:r>
          </w:p>
        </w:tc>
        <w:tc>
          <w:tcPr>
            <w:tcW w:w="1742" w:type="dxa"/>
          </w:tcPr>
          <w:p w14:paraId="4524AB9A" w14:textId="77777777" w:rsidR="001B28BD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2AD814E1" w14:textId="77777777" w:rsidR="001B28BD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3EA5BEB9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63.64</w:t>
            </w:r>
          </w:p>
        </w:tc>
        <w:tc>
          <w:tcPr>
            <w:tcW w:w="1742" w:type="dxa"/>
          </w:tcPr>
          <w:p w14:paraId="7792A7E1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22.72</w:t>
            </w:r>
          </w:p>
        </w:tc>
        <w:tc>
          <w:tcPr>
            <w:tcW w:w="1742" w:type="dxa"/>
          </w:tcPr>
          <w:p w14:paraId="503F596D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22.87</w:t>
            </w:r>
          </w:p>
        </w:tc>
      </w:tr>
      <w:tr w:rsidR="001B28BD" w14:paraId="618388D0" w14:textId="77777777">
        <w:trPr>
          <w:jc w:val="center"/>
        </w:trPr>
        <w:tc>
          <w:tcPr>
            <w:tcW w:w="1742" w:type="dxa"/>
          </w:tcPr>
          <w:p w14:paraId="7585A0FB" w14:textId="77777777" w:rsidR="001B28BD" w:rsidRDefault="00000000">
            <w:r>
              <w:rPr>
                <w:sz w:val="14"/>
              </w:rPr>
              <w:t>Cheese Panini HS</w:t>
            </w:r>
          </w:p>
        </w:tc>
        <w:tc>
          <w:tcPr>
            <w:tcW w:w="1742" w:type="dxa"/>
          </w:tcPr>
          <w:p w14:paraId="227DA88F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49B834AA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270</w:t>
            </w:r>
          </w:p>
        </w:tc>
        <w:tc>
          <w:tcPr>
            <w:tcW w:w="1742" w:type="dxa"/>
          </w:tcPr>
          <w:p w14:paraId="3AC938DF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559</w:t>
            </w:r>
          </w:p>
        </w:tc>
        <w:tc>
          <w:tcPr>
            <w:tcW w:w="1742" w:type="dxa"/>
          </w:tcPr>
          <w:p w14:paraId="5497980E" w14:textId="77777777" w:rsidR="001B28BD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56B13125" w14:textId="77777777" w:rsidR="001B28BD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66B72D09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62.85</w:t>
            </w:r>
          </w:p>
        </w:tc>
        <w:tc>
          <w:tcPr>
            <w:tcW w:w="1742" w:type="dxa"/>
          </w:tcPr>
          <w:p w14:paraId="1C478EE2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22.6</w:t>
            </w:r>
          </w:p>
        </w:tc>
        <w:tc>
          <w:tcPr>
            <w:tcW w:w="1742" w:type="dxa"/>
          </w:tcPr>
          <w:p w14:paraId="00413B10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22.85</w:t>
            </w:r>
          </w:p>
        </w:tc>
      </w:tr>
      <w:tr w:rsidR="001B28BD" w14:paraId="5FF8376A" w14:textId="77777777">
        <w:trPr>
          <w:jc w:val="center"/>
        </w:trPr>
        <w:tc>
          <w:tcPr>
            <w:tcW w:w="1742" w:type="dxa"/>
          </w:tcPr>
          <w:p w14:paraId="0E246FA7" w14:textId="77777777" w:rsidR="001B28BD" w:rsidRDefault="00000000">
            <w:r>
              <w:rPr>
                <w:sz w:val="14"/>
              </w:rPr>
              <w:t>Tomato Soup HS</w:t>
            </w:r>
          </w:p>
        </w:tc>
        <w:tc>
          <w:tcPr>
            <w:tcW w:w="1742" w:type="dxa"/>
          </w:tcPr>
          <w:p w14:paraId="26DC2499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6674CDA2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250</w:t>
            </w:r>
          </w:p>
        </w:tc>
        <w:tc>
          <w:tcPr>
            <w:tcW w:w="1742" w:type="dxa"/>
          </w:tcPr>
          <w:p w14:paraId="2A01A7B4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83</w:t>
            </w:r>
          </w:p>
        </w:tc>
        <w:tc>
          <w:tcPr>
            <w:tcW w:w="1742" w:type="dxa"/>
          </w:tcPr>
          <w:p w14:paraId="1C8B74CB" w14:textId="77777777" w:rsidR="001B28BD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2D0C3F67" w14:textId="77777777" w:rsidR="001B28BD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49E919F9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13.02</w:t>
            </w:r>
          </w:p>
        </w:tc>
        <w:tc>
          <w:tcPr>
            <w:tcW w:w="1742" w:type="dxa"/>
          </w:tcPr>
          <w:p w14:paraId="0E965135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3.35</w:t>
            </w:r>
          </w:p>
        </w:tc>
        <w:tc>
          <w:tcPr>
            <w:tcW w:w="1742" w:type="dxa"/>
          </w:tcPr>
          <w:p w14:paraId="37B61960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1.23</w:t>
            </w:r>
          </w:p>
        </w:tc>
      </w:tr>
      <w:tr w:rsidR="001B28BD" w14:paraId="054E7AD1" w14:textId="77777777">
        <w:trPr>
          <w:jc w:val="center"/>
        </w:trPr>
        <w:tc>
          <w:tcPr>
            <w:tcW w:w="1742" w:type="dxa"/>
          </w:tcPr>
          <w:p w14:paraId="5072B88C" w14:textId="77777777" w:rsidR="001B28BD" w:rsidRDefault="00000000">
            <w:r>
              <w:rPr>
                <w:sz w:val="14"/>
              </w:rPr>
              <w:t>Chicken Curry HS</w:t>
            </w:r>
          </w:p>
        </w:tc>
        <w:tc>
          <w:tcPr>
            <w:tcW w:w="1742" w:type="dxa"/>
          </w:tcPr>
          <w:p w14:paraId="5C1EA0EF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1E10D501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462</w:t>
            </w:r>
          </w:p>
        </w:tc>
        <w:tc>
          <w:tcPr>
            <w:tcW w:w="1742" w:type="dxa"/>
          </w:tcPr>
          <w:p w14:paraId="06C85B96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576</w:t>
            </w:r>
          </w:p>
        </w:tc>
        <w:tc>
          <w:tcPr>
            <w:tcW w:w="1742" w:type="dxa"/>
          </w:tcPr>
          <w:p w14:paraId="4F6E4343" w14:textId="77777777" w:rsidR="001B28BD" w:rsidRDefault="00000000">
            <w:r>
              <w:rPr>
                <w:sz w:val="14"/>
              </w:rPr>
              <w:t>Gluten, Wheat, Milk, Mustard</w:t>
            </w:r>
          </w:p>
        </w:tc>
        <w:tc>
          <w:tcPr>
            <w:tcW w:w="1742" w:type="dxa"/>
          </w:tcPr>
          <w:p w14:paraId="54173CE7" w14:textId="77777777" w:rsidR="001B28BD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1A884269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92.86</w:t>
            </w:r>
          </w:p>
        </w:tc>
        <w:tc>
          <w:tcPr>
            <w:tcW w:w="1742" w:type="dxa"/>
          </w:tcPr>
          <w:p w14:paraId="78687D79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26.64</w:t>
            </w:r>
          </w:p>
        </w:tc>
        <w:tc>
          <w:tcPr>
            <w:tcW w:w="1742" w:type="dxa"/>
          </w:tcPr>
          <w:p w14:paraId="5BA28829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9.74</w:t>
            </w:r>
          </w:p>
        </w:tc>
      </w:tr>
      <w:tr w:rsidR="001B28BD" w14:paraId="62B10F97" w14:textId="77777777">
        <w:trPr>
          <w:jc w:val="center"/>
        </w:trPr>
        <w:tc>
          <w:tcPr>
            <w:tcW w:w="1742" w:type="dxa"/>
          </w:tcPr>
          <w:p w14:paraId="2ECA6950" w14:textId="77777777" w:rsidR="001B28BD" w:rsidRDefault="00000000">
            <w:r>
              <w:rPr>
                <w:sz w:val="14"/>
              </w:rPr>
              <w:t>Beef Grill HS</w:t>
            </w:r>
          </w:p>
        </w:tc>
        <w:tc>
          <w:tcPr>
            <w:tcW w:w="1742" w:type="dxa"/>
          </w:tcPr>
          <w:p w14:paraId="2636DD2F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21D0139E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221</w:t>
            </w:r>
          </w:p>
        </w:tc>
        <w:tc>
          <w:tcPr>
            <w:tcW w:w="1742" w:type="dxa"/>
          </w:tcPr>
          <w:p w14:paraId="468D4913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416</w:t>
            </w:r>
          </w:p>
        </w:tc>
        <w:tc>
          <w:tcPr>
            <w:tcW w:w="1742" w:type="dxa"/>
          </w:tcPr>
          <w:p w14:paraId="35392BFB" w14:textId="77777777" w:rsidR="001B28BD" w:rsidRDefault="00000000">
            <w:r>
              <w:rPr>
                <w:sz w:val="14"/>
              </w:rPr>
              <w:t>Gluten, Wheat</w:t>
            </w:r>
          </w:p>
        </w:tc>
        <w:tc>
          <w:tcPr>
            <w:tcW w:w="1742" w:type="dxa"/>
          </w:tcPr>
          <w:p w14:paraId="6D58F9FF" w14:textId="77777777" w:rsidR="001B28BD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097BA639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37.34</w:t>
            </w:r>
          </w:p>
        </w:tc>
        <w:tc>
          <w:tcPr>
            <w:tcW w:w="1742" w:type="dxa"/>
          </w:tcPr>
          <w:p w14:paraId="67A4927A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23.07</w:t>
            </w:r>
          </w:p>
        </w:tc>
        <w:tc>
          <w:tcPr>
            <w:tcW w:w="1742" w:type="dxa"/>
          </w:tcPr>
          <w:p w14:paraId="2F942DE2" w14:textId="77777777" w:rsidR="001B28BD" w:rsidRDefault="00000000" w:rsidP="00E27BC1">
            <w:pPr>
              <w:jc w:val="center"/>
            </w:pPr>
            <w:r>
              <w:rPr>
                <w:sz w:val="14"/>
              </w:rPr>
              <w:t>18.69</w:t>
            </w:r>
          </w:p>
        </w:tc>
      </w:tr>
    </w:tbl>
    <w:p w14:paraId="483B1E82" w14:textId="77777777" w:rsidR="001B28BD" w:rsidRDefault="001B28BD"/>
    <w:sectPr w:rsidR="001B28BD" w:rsidSect="00034616">
      <w:pgSz w:w="16834" w:h="11909" w:orient="landscape"/>
      <w:pgMar w:top="648" w:right="576" w:bottom="648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80891505">
    <w:abstractNumId w:val="8"/>
  </w:num>
  <w:num w:numId="2" w16cid:durableId="1979649262">
    <w:abstractNumId w:val="6"/>
  </w:num>
  <w:num w:numId="3" w16cid:durableId="1139302375">
    <w:abstractNumId w:val="5"/>
  </w:num>
  <w:num w:numId="4" w16cid:durableId="354232965">
    <w:abstractNumId w:val="4"/>
  </w:num>
  <w:num w:numId="5" w16cid:durableId="216401575">
    <w:abstractNumId w:val="7"/>
  </w:num>
  <w:num w:numId="6" w16cid:durableId="347410531">
    <w:abstractNumId w:val="3"/>
  </w:num>
  <w:num w:numId="7" w16cid:durableId="561448263">
    <w:abstractNumId w:val="2"/>
  </w:num>
  <w:num w:numId="8" w16cid:durableId="1535849298">
    <w:abstractNumId w:val="1"/>
  </w:num>
  <w:num w:numId="9" w16cid:durableId="23018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B28BD"/>
    <w:rsid w:val="0029639D"/>
    <w:rsid w:val="00326F90"/>
    <w:rsid w:val="007E73C6"/>
    <w:rsid w:val="00945A7E"/>
    <w:rsid w:val="00A002D6"/>
    <w:rsid w:val="00AA1D8D"/>
    <w:rsid w:val="00B47730"/>
    <w:rsid w:val="00CB0664"/>
    <w:rsid w:val="00E27BC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B022E6"/>
  <w14:defaultImageDpi w14:val="300"/>
  <w15:docId w15:val="{3DF67430-7AEE-4F9F-95D6-AD038F0A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Secondary Nutritionally Balanced Menu Week 1 Accessible Version</dc:title>
  <dc:subject>Accessible menu and allergen information for website publication</dc:subject>
  <dc:creator>Falkirk Council Catering</dc:creator>
  <cp:keywords/>
  <dc:description>generated by python-docx</dc:description>
  <cp:lastModifiedBy>Carole Stevenson</cp:lastModifiedBy>
  <cp:revision>4</cp:revision>
  <dcterms:created xsi:type="dcterms:W3CDTF">2026-08-11T11:20:00Z</dcterms:created>
  <dcterms:modified xsi:type="dcterms:W3CDTF">2026-08-11T11:31:00Z</dcterms:modified>
  <cp:category/>
</cp:coreProperties>
</file>