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97B0" w14:textId="720FE812" w:rsidR="006D331A" w:rsidRDefault="00000000">
      <w:pPr>
        <w:pStyle w:val="Heading1"/>
      </w:pPr>
      <w:r>
        <w:t>Week 3</w:t>
      </w:r>
      <w:r w:rsidR="00C81B4D">
        <w:t xml:space="preserve"> Menu</w:t>
      </w:r>
    </w:p>
    <w:p w14:paraId="25C31561" w14:textId="72259B3C" w:rsidR="006D331A" w:rsidRDefault="00000000">
      <w:r>
        <w:t>Customers with allergies or special dietary requirements should consult catering staff before purchase.</w:t>
      </w:r>
    </w:p>
    <w:p w14:paraId="4817E6EE" w14:textId="77777777" w:rsidR="006D331A" w:rsidRDefault="00000000">
      <w:pPr>
        <w:pStyle w:val="Heading2"/>
      </w:pPr>
      <w:r>
        <w:t>Monday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6D331A" w14:paraId="67D68B04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5803173E" w14:textId="77777777" w:rsidR="006D331A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099F9D1D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4B5B111D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7FAC6C7C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14CAC0EB" w14:textId="77777777" w:rsidR="006D331A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4157B231" w14:textId="77777777" w:rsidR="006D331A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5C5BCBD4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48A76F8A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5A6ECDB5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6D331A" w14:paraId="7C8EBF1C" w14:textId="77777777">
        <w:trPr>
          <w:jc w:val="center"/>
        </w:trPr>
        <w:tc>
          <w:tcPr>
            <w:tcW w:w="1742" w:type="dxa"/>
          </w:tcPr>
          <w:p w14:paraId="2CA018BB" w14:textId="77777777" w:rsidR="006D331A" w:rsidRDefault="00000000">
            <w:r>
              <w:rPr>
                <w:sz w:val="14"/>
              </w:rPr>
              <w:t>Cheese &amp; Onion Panini HS</w:t>
            </w:r>
          </w:p>
        </w:tc>
        <w:tc>
          <w:tcPr>
            <w:tcW w:w="1742" w:type="dxa"/>
          </w:tcPr>
          <w:p w14:paraId="14E19694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D5A5AAC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7E554715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564</w:t>
            </w:r>
          </w:p>
        </w:tc>
        <w:tc>
          <w:tcPr>
            <w:tcW w:w="1742" w:type="dxa"/>
          </w:tcPr>
          <w:p w14:paraId="2894DF3A" w14:textId="77777777" w:rsidR="006D331A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72446B71" w14:textId="77777777" w:rsidR="006D331A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45DAB0CE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63.64</w:t>
            </w:r>
          </w:p>
        </w:tc>
        <w:tc>
          <w:tcPr>
            <w:tcW w:w="1742" w:type="dxa"/>
          </w:tcPr>
          <w:p w14:paraId="71BDB842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22.72</w:t>
            </w:r>
          </w:p>
        </w:tc>
        <w:tc>
          <w:tcPr>
            <w:tcW w:w="1742" w:type="dxa"/>
          </w:tcPr>
          <w:p w14:paraId="1652AB9F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22.87</w:t>
            </w:r>
          </w:p>
        </w:tc>
      </w:tr>
      <w:tr w:rsidR="006D331A" w14:paraId="317A9A7E" w14:textId="77777777">
        <w:trPr>
          <w:jc w:val="center"/>
        </w:trPr>
        <w:tc>
          <w:tcPr>
            <w:tcW w:w="1742" w:type="dxa"/>
          </w:tcPr>
          <w:p w14:paraId="0B4698E6" w14:textId="77777777" w:rsidR="006D331A" w:rsidRDefault="00000000">
            <w:r>
              <w:rPr>
                <w:sz w:val="14"/>
              </w:rPr>
              <w:t>Tuna &amp; Onion Panini HS</w:t>
            </w:r>
          </w:p>
        </w:tc>
        <w:tc>
          <w:tcPr>
            <w:tcW w:w="1742" w:type="dxa"/>
          </w:tcPr>
          <w:p w14:paraId="2E646F9F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E1AE5DA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48F0B3C9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417</w:t>
            </w:r>
          </w:p>
        </w:tc>
        <w:tc>
          <w:tcPr>
            <w:tcW w:w="1742" w:type="dxa"/>
          </w:tcPr>
          <w:p w14:paraId="552E0CD2" w14:textId="77777777" w:rsidR="006D331A" w:rsidRDefault="00000000">
            <w:r>
              <w:rPr>
                <w:sz w:val="14"/>
              </w:rPr>
              <w:t>Gluten, Wheat, Eggs, Fish</w:t>
            </w:r>
          </w:p>
        </w:tc>
        <w:tc>
          <w:tcPr>
            <w:tcW w:w="1742" w:type="dxa"/>
          </w:tcPr>
          <w:p w14:paraId="62AEB638" w14:textId="77777777" w:rsidR="006D331A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63916BB1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63.03</w:t>
            </w:r>
          </w:p>
        </w:tc>
        <w:tc>
          <w:tcPr>
            <w:tcW w:w="1742" w:type="dxa"/>
          </w:tcPr>
          <w:p w14:paraId="5CDD4DF9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23.22</w:t>
            </w:r>
          </w:p>
        </w:tc>
        <w:tc>
          <w:tcPr>
            <w:tcW w:w="1742" w:type="dxa"/>
          </w:tcPr>
          <w:p w14:paraId="31054025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6.67</w:t>
            </w:r>
          </w:p>
        </w:tc>
      </w:tr>
      <w:tr w:rsidR="006D331A" w14:paraId="20B25C7D" w14:textId="77777777">
        <w:trPr>
          <w:jc w:val="center"/>
        </w:trPr>
        <w:tc>
          <w:tcPr>
            <w:tcW w:w="1742" w:type="dxa"/>
          </w:tcPr>
          <w:p w14:paraId="47859F73" w14:textId="77777777" w:rsidR="006D331A" w:rsidRDefault="00000000">
            <w:r>
              <w:rPr>
                <w:sz w:val="14"/>
              </w:rPr>
              <w:t>Cheese Panini HS</w:t>
            </w:r>
          </w:p>
        </w:tc>
        <w:tc>
          <w:tcPr>
            <w:tcW w:w="1742" w:type="dxa"/>
          </w:tcPr>
          <w:p w14:paraId="6C42EA26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E1D98CE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270</w:t>
            </w:r>
          </w:p>
        </w:tc>
        <w:tc>
          <w:tcPr>
            <w:tcW w:w="1742" w:type="dxa"/>
          </w:tcPr>
          <w:p w14:paraId="307C1158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559</w:t>
            </w:r>
          </w:p>
        </w:tc>
        <w:tc>
          <w:tcPr>
            <w:tcW w:w="1742" w:type="dxa"/>
          </w:tcPr>
          <w:p w14:paraId="22B23623" w14:textId="77777777" w:rsidR="006D331A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29D39609" w14:textId="77777777" w:rsidR="006D331A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352FAF63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62.85</w:t>
            </w:r>
          </w:p>
        </w:tc>
        <w:tc>
          <w:tcPr>
            <w:tcW w:w="1742" w:type="dxa"/>
          </w:tcPr>
          <w:p w14:paraId="016833D3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22.6</w:t>
            </w:r>
          </w:p>
        </w:tc>
        <w:tc>
          <w:tcPr>
            <w:tcW w:w="1742" w:type="dxa"/>
          </w:tcPr>
          <w:p w14:paraId="1598C460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22.85</w:t>
            </w:r>
          </w:p>
        </w:tc>
      </w:tr>
      <w:tr w:rsidR="006D331A" w14:paraId="00993FAB" w14:textId="77777777">
        <w:trPr>
          <w:jc w:val="center"/>
        </w:trPr>
        <w:tc>
          <w:tcPr>
            <w:tcW w:w="1742" w:type="dxa"/>
          </w:tcPr>
          <w:p w14:paraId="7592DC92" w14:textId="77777777" w:rsidR="006D331A" w:rsidRDefault="00000000">
            <w:r>
              <w:rPr>
                <w:sz w:val="14"/>
              </w:rPr>
              <w:t>Lentil &amp; Veg Soup HS</w:t>
            </w:r>
          </w:p>
        </w:tc>
        <w:tc>
          <w:tcPr>
            <w:tcW w:w="1742" w:type="dxa"/>
          </w:tcPr>
          <w:p w14:paraId="1E24B53B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01494EC3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251</w:t>
            </w:r>
          </w:p>
        </w:tc>
        <w:tc>
          <w:tcPr>
            <w:tcW w:w="1742" w:type="dxa"/>
          </w:tcPr>
          <w:p w14:paraId="745F3666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103</w:t>
            </w:r>
          </w:p>
        </w:tc>
        <w:tc>
          <w:tcPr>
            <w:tcW w:w="1742" w:type="dxa"/>
          </w:tcPr>
          <w:p w14:paraId="03B6E3AA" w14:textId="77777777" w:rsidR="006D331A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1A48B279" w14:textId="77777777" w:rsidR="006D331A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71F38AE5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15.84</w:t>
            </w:r>
          </w:p>
        </w:tc>
        <w:tc>
          <w:tcPr>
            <w:tcW w:w="1742" w:type="dxa"/>
          </w:tcPr>
          <w:p w14:paraId="27246336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5.07</w:t>
            </w:r>
          </w:p>
        </w:tc>
        <w:tc>
          <w:tcPr>
            <w:tcW w:w="1742" w:type="dxa"/>
          </w:tcPr>
          <w:p w14:paraId="39FED760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1.65</w:t>
            </w:r>
          </w:p>
        </w:tc>
      </w:tr>
      <w:tr w:rsidR="006D331A" w14:paraId="716E1644" w14:textId="77777777">
        <w:trPr>
          <w:jc w:val="center"/>
        </w:trPr>
        <w:tc>
          <w:tcPr>
            <w:tcW w:w="1742" w:type="dxa"/>
          </w:tcPr>
          <w:p w14:paraId="122C22AB" w14:textId="77777777" w:rsidR="006D331A" w:rsidRDefault="00000000">
            <w:r>
              <w:rPr>
                <w:sz w:val="14"/>
              </w:rPr>
              <w:t>Sausage &amp; Mash HS</w:t>
            </w:r>
          </w:p>
        </w:tc>
        <w:tc>
          <w:tcPr>
            <w:tcW w:w="1742" w:type="dxa"/>
          </w:tcPr>
          <w:p w14:paraId="423ABFA8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62D76496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390</w:t>
            </w:r>
          </w:p>
        </w:tc>
        <w:tc>
          <w:tcPr>
            <w:tcW w:w="1742" w:type="dxa"/>
          </w:tcPr>
          <w:p w14:paraId="7C3ABAD6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464</w:t>
            </w:r>
          </w:p>
        </w:tc>
        <w:tc>
          <w:tcPr>
            <w:tcW w:w="1742" w:type="dxa"/>
          </w:tcPr>
          <w:p w14:paraId="741E969B" w14:textId="77777777" w:rsidR="006D331A" w:rsidRDefault="00000000">
            <w:r>
              <w:rPr>
                <w:sz w:val="14"/>
              </w:rPr>
              <w:t>Gluten, Wheat, Sulphites</w:t>
            </w:r>
          </w:p>
        </w:tc>
        <w:tc>
          <w:tcPr>
            <w:tcW w:w="1742" w:type="dxa"/>
          </w:tcPr>
          <w:p w14:paraId="5484A3AE" w14:textId="77777777" w:rsidR="006D331A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7F882F49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57.34</w:t>
            </w:r>
          </w:p>
        </w:tc>
        <w:tc>
          <w:tcPr>
            <w:tcW w:w="1742" w:type="dxa"/>
          </w:tcPr>
          <w:p w14:paraId="268B04FF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24.94</w:t>
            </w:r>
          </w:p>
        </w:tc>
        <w:tc>
          <w:tcPr>
            <w:tcW w:w="1742" w:type="dxa"/>
          </w:tcPr>
          <w:p w14:paraId="3E4B7FAE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13.67</w:t>
            </w:r>
          </w:p>
        </w:tc>
      </w:tr>
      <w:tr w:rsidR="006D331A" w14:paraId="45253B62" w14:textId="77777777">
        <w:trPr>
          <w:jc w:val="center"/>
        </w:trPr>
        <w:tc>
          <w:tcPr>
            <w:tcW w:w="1742" w:type="dxa"/>
          </w:tcPr>
          <w:p w14:paraId="275929AA" w14:textId="77777777" w:rsidR="006D331A" w:rsidRDefault="00000000">
            <w:r>
              <w:rPr>
                <w:sz w:val="14"/>
              </w:rPr>
              <w:t>Cheese Toastie HS</w:t>
            </w:r>
          </w:p>
        </w:tc>
        <w:tc>
          <w:tcPr>
            <w:tcW w:w="1742" w:type="dxa"/>
          </w:tcPr>
          <w:p w14:paraId="22A01515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7255948D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215</w:t>
            </w:r>
          </w:p>
        </w:tc>
        <w:tc>
          <w:tcPr>
            <w:tcW w:w="1742" w:type="dxa"/>
          </w:tcPr>
          <w:p w14:paraId="5830E1D4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414</w:t>
            </w:r>
          </w:p>
        </w:tc>
        <w:tc>
          <w:tcPr>
            <w:tcW w:w="1742" w:type="dxa"/>
          </w:tcPr>
          <w:p w14:paraId="66545E8D" w14:textId="77777777" w:rsidR="006D331A" w:rsidRDefault="00000000">
            <w:r>
              <w:rPr>
                <w:sz w:val="14"/>
              </w:rPr>
              <w:t>Gluten, Wheat, Milk, Soya</w:t>
            </w:r>
          </w:p>
        </w:tc>
        <w:tc>
          <w:tcPr>
            <w:tcW w:w="1742" w:type="dxa"/>
          </w:tcPr>
          <w:p w14:paraId="4DBC2D93" w14:textId="77777777" w:rsidR="006D331A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472D3EE3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39.34</w:t>
            </w:r>
          </w:p>
        </w:tc>
        <w:tc>
          <w:tcPr>
            <w:tcW w:w="1742" w:type="dxa"/>
          </w:tcPr>
          <w:p w14:paraId="2DD2662E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21.43</w:t>
            </w:r>
          </w:p>
        </w:tc>
        <w:tc>
          <w:tcPr>
            <w:tcW w:w="1742" w:type="dxa"/>
          </w:tcPr>
          <w:p w14:paraId="7BA6B2C5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18</w:t>
            </w:r>
          </w:p>
        </w:tc>
      </w:tr>
    </w:tbl>
    <w:p w14:paraId="3DE828CC" w14:textId="77777777" w:rsidR="006D331A" w:rsidRDefault="00000000">
      <w:pPr>
        <w:pStyle w:val="Heading2"/>
      </w:pPr>
      <w:r>
        <w:t>Tuesday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6D331A" w14:paraId="6000A8E2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0E71EC29" w14:textId="77777777" w:rsidR="006D331A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437D9066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4319790A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43454242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530BBEB5" w14:textId="77777777" w:rsidR="006D331A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04A012B4" w14:textId="77777777" w:rsidR="006D331A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0BFA3AEA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19B2ED57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0047DD47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6D331A" w14:paraId="32BBDB07" w14:textId="77777777">
        <w:trPr>
          <w:jc w:val="center"/>
        </w:trPr>
        <w:tc>
          <w:tcPr>
            <w:tcW w:w="1742" w:type="dxa"/>
          </w:tcPr>
          <w:p w14:paraId="145BD9DF" w14:textId="77777777" w:rsidR="006D331A" w:rsidRDefault="00000000">
            <w:r>
              <w:rPr>
                <w:sz w:val="14"/>
              </w:rPr>
              <w:t>Cheese &amp; Onion Panini HS</w:t>
            </w:r>
          </w:p>
        </w:tc>
        <w:tc>
          <w:tcPr>
            <w:tcW w:w="1742" w:type="dxa"/>
          </w:tcPr>
          <w:p w14:paraId="22C1F3DD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05B53370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1383147A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564</w:t>
            </w:r>
          </w:p>
        </w:tc>
        <w:tc>
          <w:tcPr>
            <w:tcW w:w="1742" w:type="dxa"/>
          </w:tcPr>
          <w:p w14:paraId="26B5360F" w14:textId="77777777" w:rsidR="006D331A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10E79799" w14:textId="77777777" w:rsidR="006D331A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1FAF7A43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63.64</w:t>
            </w:r>
          </w:p>
        </w:tc>
        <w:tc>
          <w:tcPr>
            <w:tcW w:w="1742" w:type="dxa"/>
          </w:tcPr>
          <w:p w14:paraId="29F2203A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22.72</w:t>
            </w:r>
          </w:p>
        </w:tc>
        <w:tc>
          <w:tcPr>
            <w:tcW w:w="1742" w:type="dxa"/>
          </w:tcPr>
          <w:p w14:paraId="48CB1A46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22.87</w:t>
            </w:r>
          </w:p>
        </w:tc>
      </w:tr>
      <w:tr w:rsidR="006D331A" w14:paraId="2A433F03" w14:textId="77777777">
        <w:trPr>
          <w:jc w:val="center"/>
        </w:trPr>
        <w:tc>
          <w:tcPr>
            <w:tcW w:w="1742" w:type="dxa"/>
          </w:tcPr>
          <w:p w14:paraId="6BCE6F16" w14:textId="77777777" w:rsidR="006D331A" w:rsidRDefault="00000000">
            <w:r>
              <w:rPr>
                <w:sz w:val="14"/>
              </w:rPr>
              <w:t>Tuna &amp; Onion Panini HS</w:t>
            </w:r>
          </w:p>
        </w:tc>
        <w:tc>
          <w:tcPr>
            <w:tcW w:w="1742" w:type="dxa"/>
          </w:tcPr>
          <w:p w14:paraId="69888D22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369B5227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7FAB8538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417</w:t>
            </w:r>
          </w:p>
        </w:tc>
        <w:tc>
          <w:tcPr>
            <w:tcW w:w="1742" w:type="dxa"/>
          </w:tcPr>
          <w:p w14:paraId="7222BA7D" w14:textId="77777777" w:rsidR="006D331A" w:rsidRDefault="00000000">
            <w:r>
              <w:rPr>
                <w:sz w:val="14"/>
              </w:rPr>
              <w:t>Gluten, Wheat, Eggs, Fish</w:t>
            </w:r>
          </w:p>
        </w:tc>
        <w:tc>
          <w:tcPr>
            <w:tcW w:w="1742" w:type="dxa"/>
          </w:tcPr>
          <w:p w14:paraId="39594512" w14:textId="77777777" w:rsidR="006D331A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30BBA087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63.03</w:t>
            </w:r>
          </w:p>
        </w:tc>
        <w:tc>
          <w:tcPr>
            <w:tcW w:w="1742" w:type="dxa"/>
          </w:tcPr>
          <w:p w14:paraId="290A1E7B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23.22</w:t>
            </w:r>
          </w:p>
        </w:tc>
        <w:tc>
          <w:tcPr>
            <w:tcW w:w="1742" w:type="dxa"/>
          </w:tcPr>
          <w:p w14:paraId="04401A72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6.67</w:t>
            </w:r>
          </w:p>
        </w:tc>
      </w:tr>
      <w:tr w:rsidR="006D331A" w14:paraId="6284FDB0" w14:textId="77777777">
        <w:trPr>
          <w:jc w:val="center"/>
        </w:trPr>
        <w:tc>
          <w:tcPr>
            <w:tcW w:w="1742" w:type="dxa"/>
          </w:tcPr>
          <w:p w14:paraId="70D52762" w14:textId="77777777" w:rsidR="006D331A" w:rsidRDefault="00000000">
            <w:r>
              <w:rPr>
                <w:sz w:val="14"/>
              </w:rPr>
              <w:t>Cheese Panini HS</w:t>
            </w:r>
          </w:p>
        </w:tc>
        <w:tc>
          <w:tcPr>
            <w:tcW w:w="1742" w:type="dxa"/>
          </w:tcPr>
          <w:p w14:paraId="3C54DDE0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ED0BD35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270</w:t>
            </w:r>
          </w:p>
        </w:tc>
        <w:tc>
          <w:tcPr>
            <w:tcW w:w="1742" w:type="dxa"/>
          </w:tcPr>
          <w:p w14:paraId="48F76422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559</w:t>
            </w:r>
          </w:p>
        </w:tc>
        <w:tc>
          <w:tcPr>
            <w:tcW w:w="1742" w:type="dxa"/>
          </w:tcPr>
          <w:p w14:paraId="55C949F0" w14:textId="77777777" w:rsidR="006D331A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26265102" w14:textId="77777777" w:rsidR="006D331A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26FE84E2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62.85</w:t>
            </w:r>
          </w:p>
        </w:tc>
        <w:tc>
          <w:tcPr>
            <w:tcW w:w="1742" w:type="dxa"/>
          </w:tcPr>
          <w:p w14:paraId="0D3C8CB3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22.6</w:t>
            </w:r>
          </w:p>
        </w:tc>
        <w:tc>
          <w:tcPr>
            <w:tcW w:w="1742" w:type="dxa"/>
          </w:tcPr>
          <w:p w14:paraId="66EE6426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22.85</w:t>
            </w:r>
          </w:p>
        </w:tc>
      </w:tr>
      <w:tr w:rsidR="006D331A" w14:paraId="106BB062" w14:textId="77777777">
        <w:trPr>
          <w:jc w:val="center"/>
        </w:trPr>
        <w:tc>
          <w:tcPr>
            <w:tcW w:w="1742" w:type="dxa"/>
          </w:tcPr>
          <w:p w14:paraId="23053AC1" w14:textId="77777777" w:rsidR="006D331A" w:rsidRDefault="00000000">
            <w:r>
              <w:rPr>
                <w:sz w:val="14"/>
              </w:rPr>
              <w:t>Leek &amp; Potato Soup HS</w:t>
            </w:r>
          </w:p>
        </w:tc>
        <w:tc>
          <w:tcPr>
            <w:tcW w:w="1742" w:type="dxa"/>
          </w:tcPr>
          <w:p w14:paraId="1AABD495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4D072322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253</w:t>
            </w:r>
          </w:p>
        </w:tc>
        <w:tc>
          <w:tcPr>
            <w:tcW w:w="1742" w:type="dxa"/>
          </w:tcPr>
          <w:p w14:paraId="25DBA260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91</w:t>
            </w:r>
          </w:p>
        </w:tc>
        <w:tc>
          <w:tcPr>
            <w:tcW w:w="1742" w:type="dxa"/>
          </w:tcPr>
          <w:p w14:paraId="75F0FA3D" w14:textId="77777777" w:rsidR="006D331A" w:rsidRDefault="00000000">
            <w:r>
              <w:rPr>
                <w:sz w:val="14"/>
              </w:rPr>
              <w:t>Sulphites</w:t>
            </w:r>
          </w:p>
        </w:tc>
        <w:tc>
          <w:tcPr>
            <w:tcW w:w="1742" w:type="dxa"/>
          </w:tcPr>
          <w:p w14:paraId="38BCED4C" w14:textId="77777777" w:rsidR="006D331A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42E84F41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17.22</w:t>
            </w:r>
          </w:p>
        </w:tc>
        <w:tc>
          <w:tcPr>
            <w:tcW w:w="1742" w:type="dxa"/>
          </w:tcPr>
          <w:p w14:paraId="653557DD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1.63</w:t>
            </w:r>
          </w:p>
        </w:tc>
        <w:tc>
          <w:tcPr>
            <w:tcW w:w="1742" w:type="dxa"/>
          </w:tcPr>
          <w:p w14:paraId="4A789EAA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1.28</w:t>
            </w:r>
          </w:p>
        </w:tc>
      </w:tr>
      <w:tr w:rsidR="006D331A" w14:paraId="199D5A49" w14:textId="77777777">
        <w:trPr>
          <w:jc w:val="center"/>
        </w:trPr>
        <w:tc>
          <w:tcPr>
            <w:tcW w:w="1742" w:type="dxa"/>
          </w:tcPr>
          <w:p w14:paraId="0E5A642A" w14:textId="77777777" w:rsidR="006D331A" w:rsidRDefault="00000000">
            <w:r>
              <w:rPr>
                <w:sz w:val="14"/>
              </w:rPr>
              <w:t>Cajun Chicken HS</w:t>
            </w:r>
          </w:p>
        </w:tc>
        <w:tc>
          <w:tcPr>
            <w:tcW w:w="1742" w:type="dxa"/>
          </w:tcPr>
          <w:p w14:paraId="3CC15A74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60B7DAA5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354</w:t>
            </w:r>
          </w:p>
        </w:tc>
        <w:tc>
          <w:tcPr>
            <w:tcW w:w="1742" w:type="dxa"/>
          </w:tcPr>
          <w:p w14:paraId="084BE93A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438</w:t>
            </w:r>
          </w:p>
        </w:tc>
        <w:tc>
          <w:tcPr>
            <w:tcW w:w="1742" w:type="dxa"/>
          </w:tcPr>
          <w:p w14:paraId="633EFE28" w14:textId="77777777" w:rsidR="006D331A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02A92531" w14:textId="77777777" w:rsidR="006D331A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2E04886B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42.71</w:t>
            </w:r>
          </w:p>
        </w:tc>
        <w:tc>
          <w:tcPr>
            <w:tcW w:w="1742" w:type="dxa"/>
          </w:tcPr>
          <w:p w14:paraId="7EF22C83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29.81</w:t>
            </w:r>
          </w:p>
        </w:tc>
        <w:tc>
          <w:tcPr>
            <w:tcW w:w="1742" w:type="dxa"/>
          </w:tcPr>
          <w:p w14:paraId="2BA2A4E9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14.69</w:t>
            </w:r>
          </w:p>
        </w:tc>
      </w:tr>
      <w:tr w:rsidR="006D331A" w14:paraId="139AA1D9" w14:textId="77777777">
        <w:trPr>
          <w:jc w:val="center"/>
        </w:trPr>
        <w:tc>
          <w:tcPr>
            <w:tcW w:w="1742" w:type="dxa"/>
          </w:tcPr>
          <w:p w14:paraId="449D5B9D" w14:textId="77777777" w:rsidR="006D331A" w:rsidRDefault="00000000">
            <w:r>
              <w:rPr>
                <w:sz w:val="14"/>
              </w:rPr>
              <w:t>Salmon Fish Finger Roll HS</w:t>
            </w:r>
          </w:p>
        </w:tc>
        <w:tc>
          <w:tcPr>
            <w:tcW w:w="1742" w:type="dxa"/>
          </w:tcPr>
          <w:p w14:paraId="63D07F9B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0BC5AE3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250</w:t>
            </w:r>
          </w:p>
        </w:tc>
        <w:tc>
          <w:tcPr>
            <w:tcW w:w="1742" w:type="dxa"/>
          </w:tcPr>
          <w:p w14:paraId="64F7A0C9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437</w:t>
            </w:r>
          </w:p>
        </w:tc>
        <w:tc>
          <w:tcPr>
            <w:tcW w:w="1742" w:type="dxa"/>
          </w:tcPr>
          <w:p w14:paraId="0AE0358F" w14:textId="77777777" w:rsidR="006D331A" w:rsidRDefault="00000000">
            <w:r>
              <w:rPr>
                <w:sz w:val="14"/>
              </w:rPr>
              <w:t>Gluten, Wheat, Eggs, Fish</w:t>
            </w:r>
          </w:p>
        </w:tc>
        <w:tc>
          <w:tcPr>
            <w:tcW w:w="1742" w:type="dxa"/>
          </w:tcPr>
          <w:p w14:paraId="56737010" w14:textId="77777777" w:rsidR="006D331A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259EE9BC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52.33</w:t>
            </w:r>
          </w:p>
        </w:tc>
        <w:tc>
          <w:tcPr>
            <w:tcW w:w="1742" w:type="dxa"/>
          </w:tcPr>
          <w:p w14:paraId="5C79958E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19.62</w:t>
            </w:r>
          </w:p>
        </w:tc>
        <w:tc>
          <w:tcPr>
            <w:tcW w:w="1742" w:type="dxa"/>
          </w:tcPr>
          <w:p w14:paraId="3F6B54A2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15.55</w:t>
            </w:r>
          </w:p>
        </w:tc>
      </w:tr>
    </w:tbl>
    <w:p w14:paraId="576A38DE" w14:textId="77777777" w:rsidR="006D331A" w:rsidRDefault="00000000">
      <w:pPr>
        <w:pStyle w:val="Heading2"/>
      </w:pPr>
      <w:r>
        <w:t>Wednesday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6D331A" w14:paraId="7A7014E3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21148480" w14:textId="77777777" w:rsidR="006D331A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2B2BF2E6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50123792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65EAC9F5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7B52A7BF" w14:textId="77777777" w:rsidR="006D331A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2CFA523C" w14:textId="77777777" w:rsidR="006D331A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1A31876A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7924A926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0E7A0720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6D331A" w14:paraId="39DBA8BF" w14:textId="77777777">
        <w:trPr>
          <w:jc w:val="center"/>
        </w:trPr>
        <w:tc>
          <w:tcPr>
            <w:tcW w:w="1742" w:type="dxa"/>
          </w:tcPr>
          <w:p w14:paraId="38DE467F" w14:textId="77777777" w:rsidR="006D331A" w:rsidRDefault="00000000">
            <w:r>
              <w:rPr>
                <w:sz w:val="14"/>
              </w:rPr>
              <w:t>Cheese &amp; Onion Panini HS</w:t>
            </w:r>
          </w:p>
        </w:tc>
        <w:tc>
          <w:tcPr>
            <w:tcW w:w="1742" w:type="dxa"/>
          </w:tcPr>
          <w:p w14:paraId="42433DB2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8A29B0D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0122FCD8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564</w:t>
            </w:r>
          </w:p>
        </w:tc>
        <w:tc>
          <w:tcPr>
            <w:tcW w:w="1742" w:type="dxa"/>
          </w:tcPr>
          <w:p w14:paraId="364AAA02" w14:textId="77777777" w:rsidR="006D331A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6968E9C3" w14:textId="77777777" w:rsidR="006D331A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78DCDDBD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63.64</w:t>
            </w:r>
          </w:p>
        </w:tc>
        <w:tc>
          <w:tcPr>
            <w:tcW w:w="1742" w:type="dxa"/>
          </w:tcPr>
          <w:p w14:paraId="4C339E2F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22.72</w:t>
            </w:r>
          </w:p>
        </w:tc>
        <w:tc>
          <w:tcPr>
            <w:tcW w:w="1742" w:type="dxa"/>
          </w:tcPr>
          <w:p w14:paraId="73485B18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22.87</w:t>
            </w:r>
          </w:p>
        </w:tc>
      </w:tr>
      <w:tr w:rsidR="006D331A" w14:paraId="6C0BA4F2" w14:textId="77777777">
        <w:trPr>
          <w:jc w:val="center"/>
        </w:trPr>
        <w:tc>
          <w:tcPr>
            <w:tcW w:w="1742" w:type="dxa"/>
          </w:tcPr>
          <w:p w14:paraId="3AE57922" w14:textId="77777777" w:rsidR="006D331A" w:rsidRDefault="00000000">
            <w:r>
              <w:rPr>
                <w:sz w:val="14"/>
              </w:rPr>
              <w:t>Tuna &amp; Onion Panini HS</w:t>
            </w:r>
          </w:p>
        </w:tc>
        <w:tc>
          <w:tcPr>
            <w:tcW w:w="1742" w:type="dxa"/>
          </w:tcPr>
          <w:p w14:paraId="1064EDB6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0B00293A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203A3BD6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417</w:t>
            </w:r>
          </w:p>
        </w:tc>
        <w:tc>
          <w:tcPr>
            <w:tcW w:w="1742" w:type="dxa"/>
          </w:tcPr>
          <w:p w14:paraId="75164932" w14:textId="77777777" w:rsidR="006D331A" w:rsidRDefault="00000000">
            <w:r>
              <w:rPr>
                <w:sz w:val="14"/>
              </w:rPr>
              <w:t>Gluten, Wheat, Eggs, Fish</w:t>
            </w:r>
          </w:p>
        </w:tc>
        <w:tc>
          <w:tcPr>
            <w:tcW w:w="1742" w:type="dxa"/>
          </w:tcPr>
          <w:p w14:paraId="7302F5CD" w14:textId="77777777" w:rsidR="006D331A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539CB661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63.03</w:t>
            </w:r>
          </w:p>
        </w:tc>
        <w:tc>
          <w:tcPr>
            <w:tcW w:w="1742" w:type="dxa"/>
          </w:tcPr>
          <w:p w14:paraId="3E0D7949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23.22</w:t>
            </w:r>
          </w:p>
        </w:tc>
        <w:tc>
          <w:tcPr>
            <w:tcW w:w="1742" w:type="dxa"/>
          </w:tcPr>
          <w:p w14:paraId="25F2BB64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6.67</w:t>
            </w:r>
          </w:p>
        </w:tc>
      </w:tr>
      <w:tr w:rsidR="006D331A" w14:paraId="4FE779D5" w14:textId="77777777">
        <w:trPr>
          <w:jc w:val="center"/>
        </w:trPr>
        <w:tc>
          <w:tcPr>
            <w:tcW w:w="1742" w:type="dxa"/>
          </w:tcPr>
          <w:p w14:paraId="15C3CBE8" w14:textId="77777777" w:rsidR="006D331A" w:rsidRDefault="00000000">
            <w:r>
              <w:rPr>
                <w:sz w:val="14"/>
              </w:rPr>
              <w:t>Cheese Panini HS</w:t>
            </w:r>
          </w:p>
        </w:tc>
        <w:tc>
          <w:tcPr>
            <w:tcW w:w="1742" w:type="dxa"/>
          </w:tcPr>
          <w:p w14:paraId="13723DA7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0B3F641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270</w:t>
            </w:r>
          </w:p>
        </w:tc>
        <w:tc>
          <w:tcPr>
            <w:tcW w:w="1742" w:type="dxa"/>
          </w:tcPr>
          <w:p w14:paraId="32FAD323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559</w:t>
            </w:r>
          </w:p>
        </w:tc>
        <w:tc>
          <w:tcPr>
            <w:tcW w:w="1742" w:type="dxa"/>
          </w:tcPr>
          <w:p w14:paraId="5B82B00B" w14:textId="77777777" w:rsidR="006D331A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3FA87707" w14:textId="77777777" w:rsidR="006D331A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3CEB2A00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62.85</w:t>
            </w:r>
          </w:p>
        </w:tc>
        <w:tc>
          <w:tcPr>
            <w:tcW w:w="1742" w:type="dxa"/>
          </w:tcPr>
          <w:p w14:paraId="24B70F67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22.6</w:t>
            </w:r>
          </w:p>
        </w:tc>
        <w:tc>
          <w:tcPr>
            <w:tcW w:w="1742" w:type="dxa"/>
          </w:tcPr>
          <w:p w14:paraId="1DD6AE3F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22.85</w:t>
            </w:r>
          </w:p>
        </w:tc>
      </w:tr>
      <w:tr w:rsidR="006D331A" w14:paraId="6FB25FC7" w14:textId="77777777">
        <w:trPr>
          <w:jc w:val="center"/>
        </w:trPr>
        <w:tc>
          <w:tcPr>
            <w:tcW w:w="1742" w:type="dxa"/>
          </w:tcPr>
          <w:p w14:paraId="7E39BD23" w14:textId="77777777" w:rsidR="006D331A" w:rsidRDefault="00000000">
            <w:r>
              <w:rPr>
                <w:sz w:val="14"/>
              </w:rPr>
              <w:t>Lentil &amp; Veg Soup HS</w:t>
            </w:r>
          </w:p>
        </w:tc>
        <w:tc>
          <w:tcPr>
            <w:tcW w:w="1742" w:type="dxa"/>
          </w:tcPr>
          <w:p w14:paraId="0819E2FA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64253CA7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251</w:t>
            </w:r>
          </w:p>
        </w:tc>
        <w:tc>
          <w:tcPr>
            <w:tcW w:w="1742" w:type="dxa"/>
          </w:tcPr>
          <w:p w14:paraId="0394B67A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103</w:t>
            </w:r>
          </w:p>
        </w:tc>
        <w:tc>
          <w:tcPr>
            <w:tcW w:w="1742" w:type="dxa"/>
          </w:tcPr>
          <w:p w14:paraId="7B2917B2" w14:textId="77777777" w:rsidR="006D331A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727EFC66" w14:textId="77777777" w:rsidR="006D331A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0CA5D543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15.84</w:t>
            </w:r>
          </w:p>
        </w:tc>
        <w:tc>
          <w:tcPr>
            <w:tcW w:w="1742" w:type="dxa"/>
          </w:tcPr>
          <w:p w14:paraId="50F316B9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5.07</w:t>
            </w:r>
          </w:p>
        </w:tc>
        <w:tc>
          <w:tcPr>
            <w:tcW w:w="1742" w:type="dxa"/>
          </w:tcPr>
          <w:p w14:paraId="18BB9791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1.65</w:t>
            </w:r>
          </w:p>
        </w:tc>
      </w:tr>
      <w:tr w:rsidR="006D331A" w14:paraId="76EE50B0" w14:textId="77777777">
        <w:trPr>
          <w:jc w:val="center"/>
        </w:trPr>
        <w:tc>
          <w:tcPr>
            <w:tcW w:w="1742" w:type="dxa"/>
          </w:tcPr>
          <w:p w14:paraId="291147C9" w14:textId="77777777" w:rsidR="006D331A" w:rsidRDefault="00000000">
            <w:r>
              <w:rPr>
                <w:sz w:val="14"/>
              </w:rPr>
              <w:t>Breaded Haddock HS</w:t>
            </w:r>
          </w:p>
        </w:tc>
        <w:tc>
          <w:tcPr>
            <w:tcW w:w="1742" w:type="dxa"/>
          </w:tcPr>
          <w:p w14:paraId="16FBB27A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0FABE99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306</w:t>
            </w:r>
          </w:p>
        </w:tc>
        <w:tc>
          <w:tcPr>
            <w:tcW w:w="1742" w:type="dxa"/>
          </w:tcPr>
          <w:p w14:paraId="3E6EC9FA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417</w:t>
            </w:r>
          </w:p>
        </w:tc>
        <w:tc>
          <w:tcPr>
            <w:tcW w:w="1742" w:type="dxa"/>
          </w:tcPr>
          <w:p w14:paraId="3B473FDB" w14:textId="77777777" w:rsidR="006D331A" w:rsidRDefault="00000000">
            <w:r>
              <w:rPr>
                <w:sz w:val="14"/>
              </w:rPr>
              <w:t>Gluten, Wheat, Fish</w:t>
            </w:r>
          </w:p>
        </w:tc>
        <w:tc>
          <w:tcPr>
            <w:tcW w:w="1742" w:type="dxa"/>
          </w:tcPr>
          <w:p w14:paraId="37698BB3" w14:textId="77777777" w:rsidR="006D331A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67213561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55.73</w:t>
            </w:r>
          </w:p>
        </w:tc>
        <w:tc>
          <w:tcPr>
            <w:tcW w:w="1742" w:type="dxa"/>
          </w:tcPr>
          <w:p w14:paraId="0009C4E6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22.48</w:t>
            </w:r>
          </w:p>
        </w:tc>
        <w:tc>
          <w:tcPr>
            <w:tcW w:w="1742" w:type="dxa"/>
          </w:tcPr>
          <w:p w14:paraId="11D36C4C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10.15</w:t>
            </w:r>
          </w:p>
        </w:tc>
      </w:tr>
      <w:tr w:rsidR="006D331A" w14:paraId="07CC6191" w14:textId="77777777">
        <w:trPr>
          <w:jc w:val="center"/>
        </w:trPr>
        <w:tc>
          <w:tcPr>
            <w:tcW w:w="1742" w:type="dxa"/>
          </w:tcPr>
          <w:p w14:paraId="2F9A5676" w14:textId="77777777" w:rsidR="006D331A" w:rsidRDefault="00000000">
            <w:r>
              <w:rPr>
                <w:sz w:val="14"/>
              </w:rPr>
              <w:t>Hot Chicken Wrap HS</w:t>
            </w:r>
          </w:p>
        </w:tc>
        <w:tc>
          <w:tcPr>
            <w:tcW w:w="1742" w:type="dxa"/>
          </w:tcPr>
          <w:p w14:paraId="4EF3AB22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74F90F04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174</w:t>
            </w:r>
          </w:p>
        </w:tc>
        <w:tc>
          <w:tcPr>
            <w:tcW w:w="1742" w:type="dxa"/>
          </w:tcPr>
          <w:p w14:paraId="11C1FA3A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369</w:t>
            </w:r>
          </w:p>
        </w:tc>
        <w:tc>
          <w:tcPr>
            <w:tcW w:w="1742" w:type="dxa"/>
          </w:tcPr>
          <w:p w14:paraId="59A93A97" w14:textId="77777777" w:rsidR="006D331A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4C39A38C" w14:textId="77777777" w:rsidR="006D331A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5A4412E4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42.37</w:t>
            </w:r>
          </w:p>
        </w:tc>
        <w:tc>
          <w:tcPr>
            <w:tcW w:w="1742" w:type="dxa"/>
          </w:tcPr>
          <w:p w14:paraId="0095974A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21.49</w:t>
            </w:r>
          </w:p>
        </w:tc>
        <w:tc>
          <w:tcPr>
            <w:tcW w:w="1742" w:type="dxa"/>
          </w:tcPr>
          <w:p w14:paraId="05D998ED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11.87</w:t>
            </w:r>
          </w:p>
        </w:tc>
      </w:tr>
    </w:tbl>
    <w:p w14:paraId="10F9A8C1" w14:textId="77777777" w:rsidR="009F4B63" w:rsidRDefault="009F4B63">
      <w:pPr>
        <w:pStyle w:val="Heading2"/>
      </w:pPr>
    </w:p>
    <w:p w14:paraId="24143B97" w14:textId="77777777" w:rsidR="009F4B63" w:rsidRDefault="009F4B63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8"/>
          <w:szCs w:val="26"/>
        </w:rPr>
      </w:pPr>
      <w:r>
        <w:br w:type="page"/>
      </w:r>
    </w:p>
    <w:p w14:paraId="3EE0D28E" w14:textId="54CBA8B6" w:rsidR="006D331A" w:rsidRDefault="00000000">
      <w:pPr>
        <w:pStyle w:val="Heading2"/>
      </w:pPr>
      <w:r>
        <w:lastRenderedPageBreak/>
        <w:t>Thursday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6D331A" w14:paraId="241DE92A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51FA76D0" w14:textId="77777777" w:rsidR="006D331A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10ACF29D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55E43DD6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30251B8D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1A9EBDC7" w14:textId="77777777" w:rsidR="006D331A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56E32EB1" w14:textId="77777777" w:rsidR="006D331A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64832D5E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17704CA9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4A39BD3F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6D331A" w14:paraId="306DCA43" w14:textId="77777777">
        <w:trPr>
          <w:jc w:val="center"/>
        </w:trPr>
        <w:tc>
          <w:tcPr>
            <w:tcW w:w="1742" w:type="dxa"/>
          </w:tcPr>
          <w:p w14:paraId="2A86AA7B" w14:textId="77777777" w:rsidR="006D331A" w:rsidRDefault="00000000">
            <w:r>
              <w:rPr>
                <w:sz w:val="14"/>
              </w:rPr>
              <w:t>Cheese &amp; Onion Panini HS</w:t>
            </w:r>
          </w:p>
        </w:tc>
        <w:tc>
          <w:tcPr>
            <w:tcW w:w="1742" w:type="dxa"/>
          </w:tcPr>
          <w:p w14:paraId="0B46E955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3A7221A5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47818085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564</w:t>
            </w:r>
          </w:p>
        </w:tc>
        <w:tc>
          <w:tcPr>
            <w:tcW w:w="1742" w:type="dxa"/>
          </w:tcPr>
          <w:p w14:paraId="4E2C5664" w14:textId="77777777" w:rsidR="006D331A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15FB1FA2" w14:textId="77777777" w:rsidR="006D331A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5DF95381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63.64</w:t>
            </w:r>
          </w:p>
        </w:tc>
        <w:tc>
          <w:tcPr>
            <w:tcW w:w="1742" w:type="dxa"/>
          </w:tcPr>
          <w:p w14:paraId="41056AE8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22.72</w:t>
            </w:r>
          </w:p>
        </w:tc>
        <w:tc>
          <w:tcPr>
            <w:tcW w:w="1742" w:type="dxa"/>
          </w:tcPr>
          <w:p w14:paraId="07E32778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22.87</w:t>
            </w:r>
          </w:p>
        </w:tc>
      </w:tr>
      <w:tr w:rsidR="006D331A" w14:paraId="2FFA5595" w14:textId="77777777">
        <w:trPr>
          <w:jc w:val="center"/>
        </w:trPr>
        <w:tc>
          <w:tcPr>
            <w:tcW w:w="1742" w:type="dxa"/>
          </w:tcPr>
          <w:p w14:paraId="7EF5317F" w14:textId="77777777" w:rsidR="006D331A" w:rsidRDefault="00000000">
            <w:r>
              <w:rPr>
                <w:sz w:val="14"/>
              </w:rPr>
              <w:t>Tuna &amp; Onion Panini HS</w:t>
            </w:r>
          </w:p>
        </w:tc>
        <w:tc>
          <w:tcPr>
            <w:tcW w:w="1742" w:type="dxa"/>
          </w:tcPr>
          <w:p w14:paraId="1F78C814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77A07351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6174D246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417</w:t>
            </w:r>
          </w:p>
        </w:tc>
        <w:tc>
          <w:tcPr>
            <w:tcW w:w="1742" w:type="dxa"/>
          </w:tcPr>
          <w:p w14:paraId="59B3BE57" w14:textId="77777777" w:rsidR="006D331A" w:rsidRDefault="00000000">
            <w:r>
              <w:rPr>
                <w:sz w:val="14"/>
              </w:rPr>
              <w:t>Gluten, Wheat, Eggs, Fish</w:t>
            </w:r>
          </w:p>
        </w:tc>
        <w:tc>
          <w:tcPr>
            <w:tcW w:w="1742" w:type="dxa"/>
          </w:tcPr>
          <w:p w14:paraId="5F99F38F" w14:textId="77777777" w:rsidR="006D331A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30219AA1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63.03</w:t>
            </w:r>
          </w:p>
        </w:tc>
        <w:tc>
          <w:tcPr>
            <w:tcW w:w="1742" w:type="dxa"/>
          </w:tcPr>
          <w:p w14:paraId="1435D8A0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23.22</w:t>
            </w:r>
          </w:p>
        </w:tc>
        <w:tc>
          <w:tcPr>
            <w:tcW w:w="1742" w:type="dxa"/>
          </w:tcPr>
          <w:p w14:paraId="70C42633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6.67</w:t>
            </w:r>
          </w:p>
        </w:tc>
      </w:tr>
      <w:tr w:rsidR="006D331A" w14:paraId="4B6FAC65" w14:textId="77777777">
        <w:trPr>
          <w:jc w:val="center"/>
        </w:trPr>
        <w:tc>
          <w:tcPr>
            <w:tcW w:w="1742" w:type="dxa"/>
          </w:tcPr>
          <w:p w14:paraId="31B21410" w14:textId="77777777" w:rsidR="006D331A" w:rsidRDefault="00000000">
            <w:r>
              <w:rPr>
                <w:sz w:val="14"/>
              </w:rPr>
              <w:t>Cheese Panini HS</w:t>
            </w:r>
          </w:p>
        </w:tc>
        <w:tc>
          <w:tcPr>
            <w:tcW w:w="1742" w:type="dxa"/>
          </w:tcPr>
          <w:p w14:paraId="17B888F9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D6B8629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270</w:t>
            </w:r>
          </w:p>
        </w:tc>
        <w:tc>
          <w:tcPr>
            <w:tcW w:w="1742" w:type="dxa"/>
          </w:tcPr>
          <w:p w14:paraId="4106943B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559</w:t>
            </w:r>
          </w:p>
        </w:tc>
        <w:tc>
          <w:tcPr>
            <w:tcW w:w="1742" w:type="dxa"/>
          </w:tcPr>
          <w:p w14:paraId="34718442" w14:textId="77777777" w:rsidR="006D331A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01EBB63E" w14:textId="77777777" w:rsidR="006D331A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4ABB08F8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62.85</w:t>
            </w:r>
          </w:p>
        </w:tc>
        <w:tc>
          <w:tcPr>
            <w:tcW w:w="1742" w:type="dxa"/>
          </w:tcPr>
          <w:p w14:paraId="0453DE87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22.6</w:t>
            </w:r>
          </w:p>
        </w:tc>
        <w:tc>
          <w:tcPr>
            <w:tcW w:w="1742" w:type="dxa"/>
          </w:tcPr>
          <w:p w14:paraId="208C8FA7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22.85</w:t>
            </w:r>
          </w:p>
        </w:tc>
      </w:tr>
      <w:tr w:rsidR="006D331A" w14:paraId="0B0E4428" w14:textId="77777777">
        <w:trPr>
          <w:jc w:val="center"/>
        </w:trPr>
        <w:tc>
          <w:tcPr>
            <w:tcW w:w="1742" w:type="dxa"/>
          </w:tcPr>
          <w:p w14:paraId="16357769" w14:textId="77777777" w:rsidR="006D331A" w:rsidRDefault="00000000">
            <w:r>
              <w:rPr>
                <w:sz w:val="14"/>
              </w:rPr>
              <w:t>Lentil &amp; Veg Soup HS</w:t>
            </w:r>
          </w:p>
        </w:tc>
        <w:tc>
          <w:tcPr>
            <w:tcW w:w="1742" w:type="dxa"/>
          </w:tcPr>
          <w:p w14:paraId="1C32AD05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F24634B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251</w:t>
            </w:r>
          </w:p>
        </w:tc>
        <w:tc>
          <w:tcPr>
            <w:tcW w:w="1742" w:type="dxa"/>
          </w:tcPr>
          <w:p w14:paraId="12022338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103</w:t>
            </w:r>
          </w:p>
        </w:tc>
        <w:tc>
          <w:tcPr>
            <w:tcW w:w="1742" w:type="dxa"/>
          </w:tcPr>
          <w:p w14:paraId="770DCF31" w14:textId="77777777" w:rsidR="006D331A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67D27F50" w14:textId="77777777" w:rsidR="006D331A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116B0B4A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15.84</w:t>
            </w:r>
          </w:p>
        </w:tc>
        <w:tc>
          <w:tcPr>
            <w:tcW w:w="1742" w:type="dxa"/>
          </w:tcPr>
          <w:p w14:paraId="529CC696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5.07</w:t>
            </w:r>
          </w:p>
        </w:tc>
        <w:tc>
          <w:tcPr>
            <w:tcW w:w="1742" w:type="dxa"/>
          </w:tcPr>
          <w:p w14:paraId="637B44E0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1.65</w:t>
            </w:r>
          </w:p>
        </w:tc>
      </w:tr>
      <w:tr w:rsidR="006D331A" w14:paraId="2499B56D" w14:textId="77777777">
        <w:trPr>
          <w:jc w:val="center"/>
        </w:trPr>
        <w:tc>
          <w:tcPr>
            <w:tcW w:w="1742" w:type="dxa"/>
          </w:tcPr>
          <w:p w14:paraId="3D5972E5" w14:textId="77777777" w:rsidR="006D331A" w:rsidRDefault="00000000">
            <w:r>
              <w:rPr>
                <w:sz w:val="14"/>
              </w:rPr>
              <w:t>Macaroni Cheese HS</w:t>
            </w:r>
          </w:p>
        </w:tc>
        <w:tc>
          <w:tcPr>
            <w:tcW w:w="1742" w:type="dxa"/>
          </w:tcPr>
          <w:p w14:paraId="2B999628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3E2243A3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252</w:t>
            </w:r>
          </w:p>
        </w:tc>
        <w:tc>
          <w:tcPr>
            <w:tcW w:w="1742" w:type="dxa"/>
          </w:tcPr>
          <w:p w14:paraId="4389AC84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351</w:t>
            </w:r>
          </w:p>
        </w:tc>
        <w:tc>
          <w:tcPr>
            <w:tcW w:w="1742" w:type="dxa"/>
          </w:tcPr>
          <w:p w14:paraId="13AC17CD" w14:textId="77777777" w:rsidR="006D331A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4C19D0C3" w14:textId="77777777" w:rsidR="006D331A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156AB903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41.92</w:t>
            </w:r>
          </w:p>
        </w:tc>
        <w:tc>
          <w:tcPr>
            <w:tcW w:w="1742" w:type="dxa"/>
          </w:tcPr>
          <w:p w14:paraId="3A485858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17.14</w:t>
            </w:r>
          </w:p>
        </w:tc>
        <w:tc>
          <w:tcPr>
            <w:tcW w:w="1742" w:type="dxa"/>
          </w:tcPr>
          <w:p w14:paraId="047200EA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12.5</w:t>
            </w:r>
          </w:p>
        </w:tc>
      </w:tr>
      <w:tr w:rsidR="006D331A" w14:paraId="49CEFD39" w14:textId="77777777">
        <w:trPr>
          <w:jc w:val="center"/>
        </w:trPr>
        <w:tc>
          <w:tcPr>
            <w:tcW w:w="1742" w:type="dxa"/>
          </w:tcPr>
          <w:p w14:paraId="37D1D4B7" w14:textId="77777777" w:rsidR="006D331A" w:rsidRDefault="00000000">
            <w:r>
              <w:rPr>
                <w:sz w:val="14"/>
              </w:rPr>
              <w:t>Breaded Chicken Grill HS</w:t>
            </w:r>
          </w:p>
        </w:tc>
        <w:tc>
          <w:tcPr>
            <w:tcW w:w="1742" w:type="dxa"/>
          </w:tcPr>
          <w:p w14:paraId="07DA3A37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9F7F944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250</w:t>
            </w:r>
          </w:p>
        </w:tc>
        <w:tc>
          <w:tcPr>
            <w:tcW w:w="1742" w:type="dxa"/>
          </w:tcPr>
          <w:p w14:paraId="192282C4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360</w:t>
            </w:r>
          </w:p>
        </w:tc>
        <w:tc>
          <w:tcPr>
            <w:tcW w:w="1742" w:type="dxa"/>
          </w:tcPr>
          <w:p w14:paraId="5BFF639B" w14:textId="77777777" w:rsidR="006D331A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6F9D194E" w14:textId="77777777" w:rsidR="006D331A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78E0CA08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51.92</w:t>
            </w:r>
          </w:p>
        </w:tc>
        <w:tc>
          <w:tcPr>
            <w:tcW w:w="1742" w:type="dxa"/>
          </w:tcPr>
          <w:p w14:paraId="62B3891E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19.92</w:t>
            </w:r>
          </w:p>
        </w:tc>
        <w:tc>
          <w:tcPr>
            <w:tcW w:w="1742" w:type="dxa"/>
          </w:tcPr>
          <w:p w14:paraId="1CA0399D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7.04</w:t>
            </w:r>
          </w:p>
        </w:tc>
      </w:tr>
    </w:tbl>
    <w:p w14:paraId="10FE9764" w14:textId="77777777" w:rsidR="006D331A" w:rsidRDefault="00000000">
      <w:pPr>
        <w:pStyle w:val="Heading2"/>
      </w:pPr>
      <w:r>
        <w:t>Friday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6D331A" w14:paraId="37F78AD2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12029F90" w14:textId="77777777" w:rsidR="006D331A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09B00EB0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42303254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4E07A9CA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17098C18" w14:textId="77777777" w:rsidR="006D331A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645022CC" w14:textId="77777777" w:rsidR="006D331A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7153E125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39F13E01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76E4860D" w14:textId="77777777" w:rsidR="006D331A" w:rsidRDefault="00000000" w:rsidP="00C81B4D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6D331A" w14:paraId="18C81C20" w14:textId="77777777">
        <w:trPr>
          <w:jc w:val="center"/>
        </w:trPr>
        <w:tc>
          <w:tcPr>
            <w:tcW w:w="1742" w:type="dxa"/>
          </w:tcPr>
          <w:p w14:paraId="2E957BEC" w14:textId="77777777" w:rsidR="006D331A" w:rsidRDefault="00000000">
            <w:r>
              <w:rPr>
                <w:sz w:val="14"/>
              </w:rPr>
              <w:t>Cheese &amp; Onion Panini HS</w:t>
            </w:r>
          </w:p>
        </w:tc>
        <w:tc>
          <w:tcPr>
            <w:tcW w:w="1742" w:type="dxa"/>
          </w:tcPr>
          <w:p w14:paraId="37BFDA36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6231C69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1C05DD56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564</w:t>
            </w:r>
          </w:p>
        </w:tc>
        <w:tc>
          <w:tcPr>
            <w:tcW w:w="1742" w:type="dxa"/>
          </w:tcPr>
          <w:p w14:paraId="2808E304" w14:textId="77777777" w:rsidR="006D331A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77F9E1D2" w14:textId="77777777" w:rsidR="006D331A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48593F88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63.64</w:t>
            </w:r>
          </w:p>
        </w:tc>
        <w:tc>
          <w:tcPr>
            <w:tcW w:w="1742" w:type="dxa"/>
          </w:tcPr>
          <w:p w14:paraId="22E72331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22.72</w:t>
            </w:r>
          </w:p>
        </w:tc>
        <w:tc>
          <w:tcPr>
            <w:tcW w:w="1742" w:type="dxa"/>
          </w:tcPr>
          <w:p w14:paraId="183DE007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22.87</w:t>
            </w:r>
          </w:p>
        </w:tc>
      </w:tr>
      <w:tr w:rsidR="006D331A" w14:paraId="112B45D2" w14:textId="77777777">
        <w:trPr>
          <w:jc w:val="center"/>
        </w:trPr>
        <w:tc>
          <w:tcPr>
            <w:tcW w:w="1742" w:type="dxa"/>
          </w:tcPr>
          <w:p w14:paraId="4FEBB836" w14:textId="77777777" w:rsidR="006D331A" w:rsidRDefault="00000000">
            <w:r>
              <w:rPr>
                <w:sz w:val="14"/>
              </w:rPr>
              <w:t>Tuna &amp; Onion Panini HS</w:t>
            </w:r>
          </w:p>
        </w:tc>
        <w:tc>
          <w:tcPr>
            <w:tcW w:w="1742" w:type="dxa"/>
          </w:tcPr>
          <w:p w14:paraId="2106DF7D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FB87928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030CB699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417</w:t>
            </w:r>
          </w:p>
        </w:tc>
        <w:tc>
          <w:tcPr>
            <w:tcW w:w="1742" w:type="dxa"/>
          </w:tcPr>
          <w:p w14:paraId="19C5AE80" w14:textId="77777777" w:rsidR="006D331A" w:rsidRDefault="00000000">
            <w:r>
              <w:rPr>
                <w:sz w:val="14"/>
              </w:rPr>
              <w:t>Gluten, Wheat, Eggs, Fish</w:t>
            </w:r>
          </w:p>
        </w:tc>
        <w:tc>
          <w:tcPr>
            <w:tcW w:w="1742" w:type="dxa"/>
          </w:tcPr>
          <w:p w14:paraId="4FC430B4" w14:textId="77777777" w:rsidR="006D331A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348D4FD2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63.03</w:t>
            </w:r>
          </w:p>
        </w:tc>
        <w:tc>
          <w:tcPr>
            <w:tcW w:w="1742" w:type="dxa"/>
          </w:tcPr>
          <w:p w14:paraId="2C3BEA61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23.22</w:t>
            </w:r>
          </w:p>
        </w:tc>
        <w:tc>
          <w:tcPr>
            <w:tcW w:w="1742" w:type="dxa"/>
          </w:tcPr>
          <w:p w14:paraId="119B62D5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6.67</w:t>
            </w:r>
          </w:p>
        </w:tc>
      </w:tr>
      <w:tr w:rsidR="006D331A" w14:paraId="362563E1" w14:textId="77777777">
        <w:trPr>
          <w:jc w:val="center"/>
        </w:trPr>
        <w:tc>
          <w:tcPr>
            <w:tcW w:w="1742" w:type="dxa"/>
          </w:tcPr>
          <w:p w14:paraId="442244DB" w14:textId="77777777" w:rsidR="006D331A" w:rsidRDefault="00000000">
            <w:r>
              <w:rPr>
                <w:sz w:val="14"/>
              </w:rPr>
              <w:t>Cheese Panini HS</w:t>
            </w:r>
          </w:p>
        </w:tc>
        <w:tc>
          <w:tcPr>
            <w:tcW w:w="1742" w:type="dxa"/>
          </w:tcPr>
          <w:p w14:paraId="71B86EE8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4B83A2F5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270</w:t>
            </w:r>
          </w:p>
        </w:tc>
        <w:tc>
          <w:tcPr>
            <w:tcW w:w="1742" w:type="dxa"/>
          </w:tcPr>
          <w:p w14:paraId="140F6168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559</w:t>
            </w:r>
          </w:p>
        </w:tc>
        <w:tc>
          <w:tcPr>
            <w:tcW w:w="1742" w:type="dxa"/>
          </w:tcPr>
          <w:p w14:paraId="2D188270" w14:textId="77777777" w:rsidR="006D331A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2050CA3F" w14:textId="77777777" w:rsidR="006D331A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566B9845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62.85</w:t>
            </w:r>
          </w:p>
        </w:tc>
        <w:tc>
          <w:tcPr>
            <w:tcW w:w="1742" w:type="dxa"/>
          </w:tcPr>
          <w:p w14:paraId="78BD708C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22.6</w:t>
            </w:r>
          </w:p>
        </w:tc>
        <w:tc>
          <w:tcPr>
            <w:tcW w:w="1742" w:type="dxa"/>
          </w:tcPr>
          <w:p w14:paraId="169390C4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22.85</w:t>
            </w:r>
          </w:p>
        </w:tc>
      </w:tr>
      <w:tr w:rsidR="006D331A" w14:paraId="7B297E73" w14:textId="77777777">
        <w:trPr>
          <w:jc w:val="center"/>
        </w:trPr>
        <w:tc>
          <w:tcPr>
            <w:tcW w:w="1742" w:type="dxa"/>
          </w:tcPr>
          <w:p w14:paraId="53757CD0" w14:textId="77777777" w:rsidR="006D331A" w:rsidRDefault="00000000">
            <w:r>
              <w:rPr>
                <w:sz w:val="14"/>
              </w:rPr>
              <w:t>Tomato Soup HS</w:t>
            </w:r>
          </w:p>
        </w:tc>
        <w:tc>
          <w:tcPr>
            <w:tcW w:w="1742" w:type="dxa"/>
          </w:tcPr>
          <w:p w14:paraId="5D421BBD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4C2F1C3E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250</w:t>
            </w:r>
          </w:p>
        </w:tc>
        <w:tc>
          <w:tcPr>
            <w:tcW w:w="1742" w:type="dxa"/>
          </w:tcPr>
          <w:p w14:paraId="465B56A8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83</w:t>
            </w:r>
          </w:p>
        </w:tc>
        <w:tc>
          <w:tcPr>
            <w:tcW w:w="1742" w:type="dxa"/>
          </w:tcPr>
          <w:p w14:paraId="39184698" w14:textId="77777777" w:rsidR="006D331A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73590DB5" w14:textId="77777777" w:rsidR="006D331A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3A6FC673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13.02</w:t>
            </w:r>
          </w:p>
        </w:tc>
        <w:tc>
          <w:tcPr>
            <w:tcW w:w="1742" w:type="dxa"/>
          </w:tcPr>
          <w:p w14:paraId="6D1D009E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3.35</w:t>
            </w:r>
          </w:p>
        </w:tc>
        <w:tc>
          <w:tcPr>
            <w:tcW w:w="1742" w:type="dxa"/>
          </w:tcPr>
          <w:p w14:paraId="0CAD9B3F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1.23</w:t>
            </w:r>
          </w:p>
        </w:tc>
      </w:tr>
      <w:tr w:rsidR="006D331A" w14:paraId="27A892E8" w14:textId="77777777">
        <w:trPr>
          <w:jc w:val="center"/>
        </w:trPr>
        <w:tc>
          <w:tcPr>
            <w:tcW w:w="1742" w:type="dxa"/>
          </w:tcPr>
          <w:p w14:paraId="01E4F552" w14:textId="77777777" w:rsidR="006D331A" w:rsidRDefault="00000000">
            <w:r>
              <w:rPr>
                <w:sz w:val="14"/>
              </w:rPr>
              <w:t>Chicken Curry HS</w:t>
            </w:r>
          </w:p>
        </w:tc>
        <w:tc>
          <w:tcPr>
            <w:tcW w:w="1742" w:type="dxa"/>
          </w:tcPr>
          <w:p w14:paraId="47A401DC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79E8422B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462</w:t>
            </w:r>
          </w:p>
        </w:tc>
        <w:tc>
          <w:tcPr>
            <w:tcW w:w="1742" w:type="dxa"/>
          </w:tcPr>
          <w:p w14:paraId="5E3F5605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576</w:t>
            </w:r>
          </w:p>
        </w:tc>
        <w:tc>
          <w:tcPr>
            <w:tcW w:w="1742" w:type="dxa"/>
          </w:tcPr>
          <w:p w14:paraId="3ED3D4F5" w14:textId="77777777" w:rsidR="006D331A" w:rsidRDefault="00000000">
            <w:r>
              <w:rPr>
                <w:sz w:val="14"/>
              </w:rPr>
              <w:t>Gluten, Wheat, Milk, Mustard</w:t>
            </w:r>
          </w:p>
        </w:tc>
        <w:tc>
          <w:tcPr>
            <w:tcW w:w="1742" w:type="dxa"/>
          </w:tcPr>
          <w:p w14:paraId="5F9D9E5B" w14:textId="77777777" w:rsidR="006D331A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3CD103B7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92.86</w:t>
            </w:r>
          </w:p>
        </w:tc>
        <w:tc>
          <w:tcPr>
            <w:tcW w:w="1742" w:type="dxa"/>
          </w:tcPr>
          <w:p w14:paraId="39886A95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26.64</w:t>
            </w:r>
          </w:p>
        </w:tc>
        <w:tc>
          <w:tcPr>
            <w:tcW w:w="1742" w:type="dxa"/>
          </w:tcPr>
          <w:p w14:paraId="416DAD92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9.74</w:t>
            </w:r>
          </w:p>
        </w:tc>
      </w:tr>
      <w:tr w:rsidR="006D331A" w14:paraId="40A72E4B" w14:textId="77777777">
        <w:trPr>
          <w:jc w:val="center"/>
        </w:trPr>
        <w:tc>
          <w:tcPr>
            <w:tcW w:w="1742" w:type="dxa"/>
          </w:tcPr>
          <w:p w14:paraId="09189218" w14:textId="77777777" w:rsidR="006D331A" w:rsidRDefault="00000000">
            <w:r>
              <w:rPr>
                <w:sz w:val="14"/>
              </w:rPr>
              <w:t>Cheese Pizza HS</w:t>
            </w:r>
          </w:p>
        </w:tc>
        <w:tc>
          <w:tcPr>
            <w:tcW w:w="1742" w:type="dxa"/>
          </w:tcPr>
          <w:p w14:paraId="0EA964F5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392D45D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188</w:t>
            </w:r>
          </w:p>
        </w:tc>
        <w:tc>
          <w:tcPr>
            <w:tcW w:w="1742" w:type="dxa"/>
          </w:tcPr>
          <w:p w14:paraId="02E9A099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234</w:t>
            </w:r>
          </w:p>
        </w:tc>
        <w:tc>
          <w:tcPr>
            <w:tcW w:w="1742" w:type="dxa"/>
          </w:tcPr>
          <w:p w14:paraId="57C2B285" w14:textId="77777777" w:rsidR="006D331A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63478736" w14:textId="77777777" w:rsidR="006D331A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4A1B0CDD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25.56</w:t>
            </w:r>
          </w:p>
        </w:tc>
        <w:tc>
          <w:tcPr>
            <w:tcW w:w="1742" w:type="dxa"/>
          </w:tcPr>
          <w:p w14:paraId="0AC969DB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13.5</w:t>
            </w:r>
          </w:p>
        </w:tc>
        <w:tc>
          <w:tcPr>
            <w:tcW w:w="1742" w:type="dxa"/>
          </w:tcPr>
          <w:p w14:paraId="6BEEBBCA" w14:textId="77777777" w:rsidR="006D331A" w:rsidRDefault="00000000" w:rsidP="00C81B4D">
            <w:pPr>
              <w:jc w:val="center"/>
            </w:pPr>
            <w:r>
              <w:rPr>
                <w:sz w:val="14"/>
              </w:rPr>
              <w:t>7.47</w:t>
            </w:r>
          </w:p>
        </w:tc>
      </w:tr>
    </w:tbl>
    <w:p w14:paraId="68A7BB1A" w14:textId="67323343" w:rsidR="006D331A" w:rsidRDefault="006D331A"/>
    <w:sectPr w:rsidR="006D331A" w:rsidSect="00034616">
      <w:pgSz w:w="16834" w:h="11909" w:orient="landscape"/>
      <w:pgMar w:top="648" w:right="576" w:bottom="64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5419252">
    <w:abstractNumId w:val="8"/>
  </w:num>
  <w:num w:numId="2" w16cid:durableId="203450653">
    <w:abstractNumId w:val="6"/>
  </w:num>
  <w:num w:numId="3" w16cid:durableId="557936170">
    <w:abstractNumId w:val="5"/>
  </w:num>
  <w:num w:numId="4" w16cid:durableId="16778062">
    <w:abstractNumId w:val="4"/>
  </w:num>
  <w:num w:numId="5" w16cid:durableId="1962959849">
    <w:abstractNumId w:val="7"/>
  </w:num>
  <w:num w:numId="6" w16cid:durableId="983464290">
    <w:abstractNumId w:val="3"/>
  </w:num>
  <w:num w:numId="7" w16cid:durableId="1351493330">
    <w:abstractNumId w:val="2"/>
  </w:num>
  <w:num w:numId="8" w16cid:durableId="1292786011">
    <w:abstractNumId w:val="1"/>
  </w:num>
  <w:num w:numId="9" w16cid:durableId="406808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D331A"/>
    <w:rsid w:val="00945A7E"/>
    <w:rsid w:val="009F4B63"/>
    <w:rsid w:val="00AA1D8D"/>
    <w:rsid w:val="00B47730"/>
    <w:rsid w:val="00C81B4D"/>
    <w:rsid w:val="00CB0664"/>
    <w:rsid w:val="00FC693F"/>
    <w:rsid w:val="00F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869F71"/>
  <w14:defaultImageDpi w14:val="300"/>
  <w15:docId w15:val="{3DF67430-7AEE-4F9F-95D6-AD038F0A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Secondary Nutritionally Balanced Menu Week 3 Accessible Version</dc:title>
  <dc:subject>Accessible menu and allergen information for website publication</dc:subject>
  <dc:creator>Falkirk Council Catering</dc:creator>
  <cp:keywords/>
  <dc:description>generated by python-docx</dc:description>
  <cp:lastModifiedBy>Carole Stevenson</cp:lastModifiedBy>
  <cp:revision>4</cp:revision>
  <dcterms:created xsi:type="dcterms:W3CDTF">2026-08-11T11:23:00Z</dcterms:created>
  <dcterms:modified xsi:type="dcterms:W3CDTF">2026-08-11T11:32:00Z</dcterms:modified>
  <cp:category/>
</cp:coreProperties>
</file>